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888B0" w14:textId="77777777" w:rsidR="00FA6C6E" w:rsidRPr="00490A7F" w:rsidRDefault="007C3F45">
      <w:pPr>
        <w:pStyle w:val="aa"/>
        <w:jc w:val="center"/>
        <w:rPr>
          <w:rFonts w:ascii="Aptos" w:hAnsi="Aptos" w:cs="Segoe UI"/>
          <w:sz w:val="56"/>
          <w:szCs w:val="56"/>
          <w:lang w:val="ru-RU"/>
        </w:rPr>
      </w:pPr>
      <w:r w:rsidRPr="00490A7F">
        <w:rPr>
          <w:rFonts w:ascii="Aptos" w:hAnsi="Aptos" w:cs="Segoe UI"/>
          <w:sz w:val="56"/>
          <w:szCs w:val="56"/>
          <w:lang w:val="ru-RU"/>
        </w:rPr>
        <w:t xml:space="preserve">Руководство пользователя </w:t>
      </w:r>
      <w:r w:rsidRPr="00490A7F">
        <w:rPr>
          <w:rFonts w:ascii="Aptos" w:hAnsi="Aptos" w:cs="Segoe UI"/>
          <w:sz w:val="56"/>
          <w:szCs w:val="56"/>
        </w:rPr>
        <w:t>STE</w:t>
      </w:r>
      <w:r w:rsidRPr="00490A7F">
        <w:rPr>
          <w:rFonts w:ascii="Aptos" w:hAnsi="Aptos" w:cs="Segoe UI"/>
          <w:sz w:val="56"/>
          <w:szCs w:val="56"/>
          <w:lang w:val="ru-RU"/>
        </w:rPr>
        <w:t>_</w:t>
      </w:r>
      <w:r w:rsidRPr="00490A7F">
        <w:rPr>
          <w:rFonts w:ascii="Aptos" w:hAnsi="Aptos" w:cs="Segoe UI"/>
          <w:sz w:val="56"/>
          <w:szCs w:val="56"/>
        </w:rPr>
        <w:t>SDA</w:t>
      </w:r>
    </w:p>
    <w:p w14:paraId="7F0AB520" w14:textId="77777777" w:rsidR="0014212F" w:rsidRPr="00490A7F" w:rsidRDefault="0014212F">
      <w:pPr>
        <w:rPr>
          <w:rFonts w:ascii="Aptos" w:hAnsi="Aptos" w:cs="Segoe UI"/>
          <w:b/>
          <w:bCs/>
          <w:sz w:val="24"/>
          <w:szCs w:val="24"/>
          <w:lang w:val="ru-RU"/>
        </w:rPr>
      </w:pP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>Описание продукта</w:t>
      </w: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>:</w:t>
      </w:r>
    </w:p>
    <w:p w14:paraId="1E4255D8" w14:textId="06CC2FBF" w:rsidR="00FA6C6E" w:rsidRPr="00490A7F" w:rsidRDefault="007C3F45">
      <w:pPr>
        <w:rPr>
          <w:rFonts w:ascii="Aptos" w:hAnsi="Aptos" w:cs="Segoe UI"/>
          <w:sz w:val="24"/>
          <w:szCs w:val="24"/>
          <w:lang w:val="ru-RU"/>
        </w:rPr>
      </w:pPr>
      <w:r w:rsidRPr="00490A7F">
        <w:rPr>
          <w:rFonts w:ascii="Aptos" w:hAnsi="Aptos" w:cs="Segoe UI"/>
          <w:sz w:val="24"/>
          <w:szCs w:val="24"/>
        </w:rPr>
        <w:t>STE</w:t>
      </w:r>
      <w:r w:rsidRPr="00490A7F">
        <w:rPr>
          <w:rFonts w:ascii="Aptos" w:hAnsi="Aptos" w:cs="Segoe UI"/>
          <w:sz w:val="24"/>
          <w:szCs w:val="24"/>
          <w:lang w:val="ru-RU"/>
        </w:rPr>
        <w:t>_</w:t>
      </w:r>
      <w:r w:rsidRPr="00490A7F">
        <w:rPr>
          <w:rFonts w:ascii="Aptos" w:hAnsi="Aptos" w:cs="Segoe UI"/>
          <w:sz w:val="24"/>
          <w:szCs w:val="24"/>
        </w:rPr>
        <w:t>SDA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— </w:t>
      </w:r>
      <w:r w:rsidRPr="00490A7F">
        <w:rPr>
          <w:rFonts w:ascii="Aptos" w:hAnsi="Aptos" w:cs="Segoe UI"/>
          <w:sz w:val="24"/>
          <w:szCs w:val="24"/>
          <w:lang w:val="ru-RU"/>
        </w:rPr>
        <w:t>бесплатное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приложение для автоматического подтверждения операций в </w:t>
      </w:r>
      <w:r w:rsidRPr="00490A7F">
        <w:rPr>
          <w:rFonts w:ascii="Aptos" w:hAnsi="Aptos" w:cs="Segoe UI"/>
          <w:sz w:val="24"/>
          <w:szCs w:val="24"/>
        </w:rPr>
        <w:t>Steam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, разработанное как дополнение для </w:t>
      </w:r>
      <w:proofErr w:type="spellStart"/>
      <w:r w:rsidRPr="00490A7F">
        <w:rPr>
          <w:rFonts w:ascii="Aptos" w:hAnsi="Aptos" w:cs="Segoe UI"/>
          <w:sz w:val="24"/>
          <w:szCs w:val="24"/>
        </w:rPr>
        <w:t>STEtrade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.</w:t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>Возможности:</w:t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• Автоматическое подтверждение 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транзакций: </w:t>
      </w:r>
      <w:r w:rsidR="00433339" w:rsidRPr="00490A7F">
        <w:rPr>
          <w:rFonts w:ascii="Aptos" w:hAnsi="Aptos" w:cs="Segoe UI"/>
          <w:sz w:val="24"/>
          <w:szCs w:val="24"/>
          <w:lang w:val="ru-RU"/>
        </w:rPr>
        <w:t>п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одтверждает обмены, 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покупку, продажу и размещение ордеров на Торговой площадке </w:t>
      </w:r>
      <w:r w:rsidRPr="00490A7F">
        <w:rPr>
          <w:rFonts w:ascii="Aptos" w:hAnsi="Aptos" w:cs="Segoe UI"/>
          <w:sz w:val="24"/>
          <w:szCs w:val="24"/>
        </w:rPr>
        <w:t>Steam</w:t>
      </w:r>
      <w:r w:rsidRPr="00490A7F">
        <w:rPr>
          <w:rFonts w:ascii="Aptos" w:hAnsi="Aptos" w:cs="Segoe UI"/>
          <w:sz w:val="24"/>
          <w:szCs w:val="24"/>
          <w:lang w:val="ru-RU"/>
        </w:rPr>
        <w:t>.</w:t>
      </w:r>
      <w:r w:rsidRPr="00490A7F">
        <w:rPr>
          <w:rFonts w:ascii="Aptos" w:hAnsi="Aptos" w:cs="Segoe UI"/>
          <w:sz w:val="24"/>
          <w:szCs w:val="24"/>
          <w:lang w:val="ru-RU"/>
        </w:rPr>
        <w:br/>
        <w:t>• Генерация 2</w:t>
      </w:r>
      <w:r w:rsidRPr="00490A7F">
        <w:rPr>
          <w:rFonts w:ascii="Aptos" w:hAnsi="Aptos" w:cs="Segoe UI"/>
          <w:sz w:val="24"/>
          <w:szCs w:val="24"/>
        </w:rPr>
        <w:t>FA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кодов: </w:t>
      </w:r>
      <w:r w:rsidR="00433339" w:rsidRPr="00490A7F">
        <w:rPr>
          <w:rFonts w:ascii="Aptos" w:hAnsi="Aptos" w:cs="Segoe UI"/>
          <w:sz w:val="24"/>
          <w:szCs w:val="24"/>
          <w:lang w:val="ru-RU"/>
        </w:rPr>
        <w:t>о</w:t>
      </w:r>
      <w:r w:rsidRPr="00490A7F">
        <w:rPr>
          <w:rFonts w:ascii="Aptos" w:hAnsi="Aptos" w:cs="Segoe UI"/>
          <w:sz w:val="24"/>
          <w:szCs w:val="24"/>
          <w:lang w:val="ru-RU"/>
        </w:rPr>
        <w:t>тображает актуальные коды двухфакторной аутентификации в консоли.</w:t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• Поддержка прокси: </w:t>
      </w:r>
      <w:r w:rsidR="00433339" w:rsidRPr="00490A7F">
        <w:rPr>
          <w:rFonts w:ascii="Aptos" w:hAnsi="Aptos" w:cs="Segoe UI"/>
          <w:sz w:val="24"/>
          <w:szCs w:val="24"/>
          <w:lang w:val="ru-RU"/>
        </w:rPr>
        <w:t>р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аботает с прокси формата </w:t>
      </w:r>
      <w:proofErr w:type="spellStart"/>
      <w:r w:rsidRPr="00490A7F">
        <w:rPr>
          <w:rFonts w:ascii="Aptos" w:hAnsi="Aptos" w:cs="Segoe UI"/>
          <w:sz w:val="24"/>
          <w:szCs w:val="24"/>
        </w:rPr>
        <w:t>IPv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 xml:space="preserve">4 </w:t>
      </w:r>
      <w:r w:rsidRPr="00490A7F">
        <w:rPr>
          <w:rFonts w:ascii="Aptos" w:hAnsi="Aptos" w:cs="Segoe UI"/>
          <w:sz w:val="24"/>
          <w:szCs w:val="24"/>
        </w:rPr>
        <w:t>HTTP</w:t>
      </w:r>
      <w:r w:rsidRPr="00490A7F">
        <w:rPr>
          <w:rFonts w:ascii="Aptos" w:hAnsi="Aptos" w:cs="Segoe UI"/>
          <w:sz w:val="24"/>
          <w:szCs w:val="24"/>
          <w:lang w:val="ru-RU"/>
        </w:rPr>
        <w:t>(</w:t>
      </w:r>
      <w:r w:rsidRPr="00490A7F">
        <w:rPr>
          <w:rFonts w:ascii="Aptos" w:hAnsi="Aptos" w:cs="Segoe UI"/>
          <w:sz w:val="24"/>
          <w:szCs w:val="24"/>
        </w:rPr>
        <w:t>s</w:t>
      </w:r>
      <w:r w:rsidRPr="00490A7F">
        <w:rPr>
          <w:rFonts w:ascii="Aptos" w:hAnsi="Aptos" w:cs="Segoe UI"/>
          <w:sz w:val="24"/>
          <w:szCs w:val="24"/>
          <w:lang w:val="ru-RU"/>
        </w:rPr>
        <w:t>).</w:t>
      </w:r>
      <w:r w:rsidRPr="00490A7F">
        <w:rPr>
          <w:rFonts w:ascii="Aptos" w:hAnsi="Aptos" w:cs="Segoe UI"/>
          <w:sz w:val="24"/>
          <w:szCs w:val="24"/>
          <w:lang w:val="ru-RU"/>
        </w:rPr>
        <w:br/>
        <w:t>• Мульти-</w:t>
      </w:r>
      <w:proofErr w:type="spellStart"/>
      <w:r w:rsidRPr="00490A7F">
        <w:rPr>
          <w:rFonts w:ascii="Aptos" w:hAnsi="Aptos" w:cs="Segoe UI"/>
          <w:sz w:val="24"/>
          <w:szCs w:val="24"/>
          <w:lang w:val="ru-RU"/>
        </w:rPr>
        <w:t>аккаунтинг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 xml:space="preserve">: </w:t>
      </w:r>
      <w:r w:rsidR="00433339" w:rsidRPr="00490A7F">
        <w:rPr>
          <w:rFonts w:ascii="Aptos" w:hAnsi="Aptos" w:cs="Segoe UI"/>
          <w:sz w:val="24"/>
          <w:szCs w:val="24"/>
          <w:lang w:val="ru-RU"/>
        </w:rPr>
        <w:t>п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озволяет одновременно работать с неограниченным количеством аккаунтов </w:t>
      </w:r>
      <w:r w:rsidRPr="00490A7F">
        <w:rPr>
          <w:rFonts w:ascii="Aptos" w:hAnsi="Aptos" w:cs="Segoe UI"/>
          <w:sz w:val="24"/>
          <w:szCs w:val="24"/>
        </w:rPr>
        <w:t>Steam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на одном устройстве.</w:t>
      </w:r>
      <w:r w:rsidRPr="00490A7F">
        <w:rPr>
          <w:rFonts w:ascii="Aptos" w:hAnsi="Aptos" w:cs="Segoe UI"/>
          <w:sz w:val="24"/>
          <w:szCs w:val="24"/>
          <w:lang w:val="ru-RU"/>
        </w:rPr>
        <w:br/>
        <w:t>• Автоматическое обновление сессии: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поддерживает сессию активной, избавляя от необходимости ручного перезапуска.</w:t>
      </w:r>
    </w:p>
    <w:p w14:paraId="553BCDEC" w14:textId="3A21947C" w:rsidR="00FA6C6E" w:rsidRPr="00490A7F" w:rsidRDefault="007C3F45">
      <w:pPr>
        <w:rPr>
          <w:rFonts w:ascii="Aptos" w:hAnsi="Aptos" w:cs="Segoe UI"/>
          <w:sz w:val="24"/>
          <w:szCs w:val="24"/>
          <w:lang w:val="ru-RU"/>
        </w:rPr>
      </w:pP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>1.1. Установка</w:t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1. Загрузите архив со страницы продукта: </w:t>
      </w:r>
      <w:r w:rsidRPr="00490A7F">
        <w:rPr>
          <w:rFonts w:ascii="Aptos" w:hAnsi="Aptos" w:cs="Segoe UI"/>
          <w:sz w:val="24"/>
          <w:szCs w:val="24"/>
        </w:rPr>
        <w:t>https</w:t>
      </w:r>
      <w:r w:rsidRPr="00490A7F">
        <w:rPr>
          <w:rFonts w:ascii="Aptos" w:hAnsi="Aptos" w:cs="Segoe UI"/>
          <w:sz w:val="24"/>
          <w:szCs w:val="24"/>
          <w:lang w:val="ru-RU"/>
        </w:rPr>
        <w:t>://</w:t>
      </w:r>
      <w:proofErr w:type="spellStart"/>
      <w:r w:rsidRPr="00490A7F">
        <w:rPr>
          <w:rFonts w:ascii="Aptos" w:hAnsi="Aptos" w:cs="Segoe UI"/>
          <w:sz w:val="24"/>
          <w:szCs w:val="24"/>
        </w:rPr>
        <w:t>stetrade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.</w:t>
      </w:r>
      <w:proofErr w:type="spellStart"/>
      <w:r w:rsidRPr="00490A7F">
        <w:rPr>
          <w:rFonts w:ascii="Aptos" w:hAnsi="Aptos" w:cs="Segoe UI"/>
          <w:sz w:val="24"/>
          <w:szCs w:val="24"/>
        </w:rPr>
        <w:t>ru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/</w:t>
      </w:r>
      <w:r w:rsidRPr="00490A7F">
        <w:rPr>
          <w:rFonts w:ascii="Aptos" w:hAnsi="Aptos" w:cs="Segoe UI"/>
          <w:sz w:val="24"/>
          <w:szCs w:val="24"/>
        </w:rPr>
        <w:t>products</w:t>
      </w:r>
      <w:r w:rsidRPr="00490A7F">
        <w:rPr>
          <w:rFonts w:ascii="Aptos" w:hAnsi="Aptos" w:cs="Segoe UI"/>
          <w:sz w:val="24"/>
          <w:szCs w:val="24"/>
          <w:lang w:val="ru-RU"/>
        </w:rPr>
        <w:t>/</w:t>
      </w:r>
      <w:proofErr w:type="spellStart"/>
      <w:r w:rsidRPr="00490A7F">
        <w:rPr>
          <w:rFonts w:ascii="Aptos" w:hAnsi="Aptos" w:cs="Segoe UI"/>
          <w:sz w:val="24"/>
          <w:szCs w:val="24"/>
        </w:rPr>
        <w:t>ste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-</w:t>
      </w:r>
      <w:proofErr w:type="spellStart"/>
      <w:r w:rsidRPr="00490A7F">
        <w:rPr>
          <w:rFonts w:ascii="Aptos" w:hAnsi="Aptos" w:cs="Segoe UI"/>
          <w:sz w:val="24"/>
          <w:szCs w:val="24"/>
        </w:rPr>
        <w:t>sda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/</w:t>
      </w:r>
      <w:r w:rsidRPr="00490A7F">
        <w:rPr>
          <w:rFonts w:ascii="Aptos" w:hAnsi="Aptos" w:cs="Segoe UI"/>
          <w:sz w:val="24"/>
          <w:szCs w:val="24"/>
          <w:lang w:val="ru-RU"/>
        </w:rPr>
        <w:br/>
        <w:t>2. Распакуйте содержимое архива в любую удобную папку.</w:t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>1.2. Обновление</w:t>
      </w:r>
      <w:r w:rsidRPr="00490A7F">
        <w:rPr>
          <w:rFonts w:ascii="Aptos" w:hAnsi="Aptos" w:cs="Segoe UI"/>
          <w:sz w:val="24"/>
          <w:szCs w:val="24"/>
          <w:lang w:val="ru-RU"/>
        </w:rPr>
        <w:br/>
        <w:t>1. Загрузите новый архив со страницы продукта.</w:t>
      </w:r>
      <w:r w:rsidR="00BF29AB" w:rsidRPr="00490A7F">
        <w:rPr>
          <w:rFonts w:ascii="Aptos" w:hAnsi="Aptos" w:cs="Segoe UI"/>
          <w:sz w:val="24"/>
          <w:szCs w:val="24"/>
        </w:rPr>
        <w:t xml:space="preserve"> </w:t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2. Откройте архив 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и скопируйте исполняемый файл </w:t>
      </w:r>
      <w:r w:rsidRPr="00490A7F">
        <w:rPr>
          <w:rFonts w:ascii="Aptos" w:hAnsi="Aptos" w:cs="Segoe UI"/>
          <w:sz w:val="24"/>
          <w:szCs w:val="24"/>
        </w:rPr>
        <w:t>start</w:t>
      </w:r>
      <w:r w:rsidRPr="00490A7F">
        <w:rPr>
          <w:rFonts w:ascii="Aptos" w:hAnsi="Aptos" w:cs="Segoe UI"/>
          <w:sz w:val="24"/>
          <w:szCs w:val="24"/>
          <w:lang w:val="ru-RU"/>
        </w:rPr>
        <w:t>.</w:t>
      </w:r>
      <w:r w:rsidRPr="00490A7F">
        <w:rPr>
          <w:rFonts w:ascii="Aptos" w:hAnsi="Aptos" w:cs="Segoe UI"/>
          <w:sz w:val="24"/>
          <w:szCs w:val="24"/>
        </w:rPr>
        <w:t>exe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с заменой в папку с уже установленной программой.</w:t>
      </w:r>
    </w:p>
    <w:p w14:paraId="02FB47F4" w14:textId="4404CB60" w:rsidR="00F40C7E" w:rsidRPr="00490A7F" w:rsidRDefault="00F40C7E">
      <w:pPr>
        <w:rPr>
          <w:rFonts w:ascii="Aptos" w:hAnsi="Aptos" w:cs="Segoe UI"/>
          <w:sz w:val="24"/>
          <w:szCs w:val="24"/>
          <w:lang w:val="ru-RU"/>
        </w:rPr>
      </w:pP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>1.</w:t>
      </w: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>3</w:t>
      </w: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 xml:space="preserve">. </w:t>
      </w: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>Подготовка к настройке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</w:t>
      </w:r>
    </w:p>
    <w:p w14:paraId="5C146BB2" w14:textId="77777777" w:rsidR="00BF29AB" w:rsidRPr="00490A7F" w:rsidRDefault="007C3F45" w:rsidP="0021596B">
      <w:pPr>
        <w:ind w:left="-142"/>
        <w:rPr>
          <w:rFonts w:ascii="Aptos" w:hAnsi="Aptos" w:cs="Segoe UI"/>
          <w:sz w:val="24"/>
          <w:szCs w:val="24"/>
          <w:lang w:val="ru-RU"/>
        </w:rPr>
      </w:pPr>
      <w:r w:rsidRPr="00490A7F">
        <w:rPr>
          <w:rFonts w:ascii="Aptos" w:hAnsi="Aptos" w:cs="Segoe UI"/>
          <w:sz w:val="24"/>
          <w:szCs w:val="24"/>
          <w:lang w:val="ru-RU"/>
        </w:rPr>
        <w:t xml:space="preserve">Для корректной </w:t>
      </w:r>
      <w:r w:rsidR="0014212F" w:rsidRPr="00490A7F">
        <w:rPr>
          <w:rFonts w:ascii="Aptos" w:hAnsi="Aptos" w:cs="Segoe UI"/>
          <w:sz w:val="24"/>
          <w:szCs w:val="24"/>
          <w:lang w:val="ru-RU"/>
        </w:rPr>
        <w:t>работы сессии синхронизируйте системное время на ПК:</w:t>
      </w:r>
      <w:r w:rsidRPr="00490A7F">
        <w:rPr>
          <w:rFonts w:ascii="Aptos" w:hAnsi="Aptos" w:cs="Segoe UI"/>
          <w:sz w:val="24"/>
          <w:szCs w:val="24"/>
          <w:lang w:val="ru-RU"/>
        </w:rPr>
        <w:br/>
        <w:t>1. Нажмите правой кнопкой мыши на часы в правом нижнем углу экрана и выберите «Настройка даты и времени».</w:t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2. В открывшемся окне </w:t>
      </w:r>
      <w:r w:rsidRPr="00490A7F">
        <w:rPr>
          <w:rFonts w:ascii="Aptos" w:hAnsi="Aptos" w:cs="Segoe UI"/>
          <w:sz w:val="24"/>
          <w:szCs w:val="24"/>
          <w:lang w:val="ru-RU"/>
        </w:rPr>
        <w:t>нажмите кнопку «Синхронизировать».</w:t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Для работы </w:t>
      </w:r>
      <w:r w:rsidRPr="00490A7F">
        <w:rPr>
          <w:rFonts w:ascii="Aptos" w:hAnsi="Aptos" w:cs="Segoe UI"/>
          <w:sz w:val="24"/>
          <w:szCs w:val="24"/>
        </w:rPr>
        <w:t>STE</w:t>
      </w:r>
      <w:r w:rsidRPr="00490A7F">
        <w:rPr>
          <w:rFonts w:ascii="Aptos" w:hAnsi="Aptos" w:cs="Segoe UI"/>
          <w:sz w:val="24"/>
          <w:szCs w:val="24"/>
          <w:lang w:val="ru-RU"/>
        </w:rPr>
        <w:t>_</w:t>
      </w:r>
      <w:r w:rsidRPr="00490A7F">
        <w:rPr>
          <w:rFonts w:ascii="Aptos" w:hAnsi="Aptos" w:cs="Segoe UI"/>
          <w:sz w:val="24"/>
          <w:szCs w:val="24"/>
        </w:rPr>
        <w:t>SDA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требуется </w:t>
      </w:r>
      <w:r w:rsidR="00433339" w:rsidRPr="00490A7F">
        <w:rPr>
          <w:rFonts w:ascii="Aptos" w:hAnsi="Aptos" w:cs="Segoe UI"/>
          <w:sz w:val="24"/>
          <w:szCs w:val="24"/>
          <w:lang w:val="ru-RU"/>
        </w:rPr>
        <w:t xml:space="preserve">незашифрованный </w:t>
      </w:r>
      <w:proofErr w:type="spellStart"/>
      <w:r w:rsidR="00433339" w:rsidRPr="00490A7F">
        <w:rPr>
          <w:rFonts w:ascii="Aptos" w:hAnsi="Aptos" w:cs="Segoe UI"/>
          <w:sz w:val="24"/>
          <w:szCs w:val="24"/>
          <w:lang w:val="ru-RU"/>
        </w:rPr>
        <w:t>maFile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 xml:space="preserve"> от вашего </w:t>
      </w:r>
      <w:r w:rsidRPr="00490A7F">
        <w:rPr>
          <w:rFonts w:ascii="Aptos" w:hAnsi="Aptos" w:cs="Segoe UI"/>
          <w:sz w:val="24"/>
          <w:szCs w:val="24"/>
        </w:rPr>
        <w:t>Steam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-аккаунта. </w:t>
      </w:r>
    </w:p>
    <w:p w14:paraId="273CE5E5" w14:textId="47E6B9A4" w:rsidR="00FA6C6E" w:rsidRPr="00490A7F" w:rsidRDefault="007C3F45" w:rsidP="001C571D">
      <w:pPr>
        <w:rPr>
          <w:rFonts w:ascii="Aptos" w:hAnsi="Aptos" w:cs="Segoe UI"/>
          <w:sz w:val="24"/>
          <w:szCs w:val="24"/>
          <w:lang w:val="ru-RU"/>
        </w:rPr>
      </w:pPr>
      <w:r w:rsidRPr="00490A7F">
        <w:rPr>
          <w:rFonts w:ascii="Aptos" w:hAnsi="Aptos" w:cs="Segoe UI"/>
          <w:sz w:val="24"/>
          <w:szCs w:val="24"/>
          <w:lang w:val="ru-RU"/>
        </w:rPr>
        <w:lastRenderedPageBreak/>
        <w:br/>
        <w:t xml:space="preserve">Если у вас еще нет этого файла или вы не знаете, где его получить, воспользуйтесь подробной инструкцией в статье: </w:t>
      </w:r>
      <w:hyperlink r:id="rId6" w:history="1">
        <w:r w:rsidRPr="00490A7F">
          <w:rPr>
            <w:rStyle w:val="aff8"/>
            <w:rFonts w:ascii="Aptos" w:hAnsi="Aptos" w:cs="Segoe UI"/>
            <w:sz w:val="24"/>
            <w:szCs w:val="24"/>
          </w:rPr>
          <w:t>Steam</w:t>
        </w:r>
        <w:r w:rsidRPr="00490A7F">
          <w:rPr>
            <w:rStyle w:val="aff8"/>
            <w:rFonts w:ascii="Aptos" w:hAnsi="Aptos" w:cs="Segoe UI"/>
            <w:sz w:val="24"/>
            <w:szCs w:val="24"/>
            <w:lang w:val="ru-RU"/>
          </w:rPr>
          <w:t xml:space="preserve"> </w:t>
        </w:r>
        <w:r w:rsidRPr="00490A7F">
          <w:rPr>
            <w:rStyle w:val="aff8"/>
            <w:rFonts w:ascii="Aptos" w:hAnsi="Aptos" w:cs="Segoe UI"/>
            <w:sz w:val="24"/>
            <w:szCs w:val="24"/>
          </w:rPr>
          <w:t>Desktop</w:t>
        </w:r>
        <w:r w:rsidRPr="00490A7F">
          <w:rPr>
            <w:rStyle w:val="aff8"/>
            <w:rFonts w:ascii="Aptos" w:hAnsi="Aptos" w:cs="Segoe UI"/>
            <w:sz w:val="24"/>
            <w:szCs w:val="24"/>
            <w:lang w:val="ru-RU"/>
          </w:rPr>
          <w:t xml:space="preserve"> </w:t>
        </w:r>
        <w:r w:rsidRPr="00490A7F">
          <w:rPr>
            <w:rStyle w:val="aff8"/>
            <w:rFonts w:ascii="Aptos" w:hAnsi="Aptos" w:cs="Segoe UI"/>
            <w:sz w:val="24"/>
            <w:szCs w:val="24"/>
          </w:rPr>
          <w:t>Authenticator</w:t>
        </w:r>
        <w:r w:rsidRPr="00490A7F">
          <w:rPr>
            <w:rStyle w:val="aff8"/>
            <w:rFonts w:ascii="Aptos" w:hAnsi="Aptos" w:cs="Segoe UI"/>
            <w:sz w:val="24"/>
            <w:szCs w:val="24"/>
            <w:lang w:val="ru-RU"/>
          </w:rPr>
          <w:t xml:space="preserve"> (</w:t>
        </w:r>
        <w:r w:rsidRPr="00490A7F">
          <w:rPr>
            <w:rStyle w:val="aff8"/>
            <w:rFonts w:ascii="Aptos" w:hAnsi="Aptos" w:cs="Segoe UI"/>
            <w:sz w:val="24"/>
            <w:szCs w:val="24"/>
          </w:rPr>
          <w:t>SDA</w:t>
        </w:r>
        <w:r w:rsidRPr="00490A7F">
          <w:rPr>
            <w:rStyle w:val="aff8"/>
            <w:rFonts w:ascii="Aptos" w:hAnsi="Aptos" w:cs="Segoe UI"/>
            <w:sz w:val="24"/>
            <w:szCs w:val="24"/>
            <w:lang w:val="ru-RU"/>
          </w:rPr>
          <w:t>).</w:t>
        </w:r>
      </w:hyperlink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t xml:space="preserve">Где взять </w:t>
      </w:r>
      <w:proofErr w:type="spellStart"/>
      <w:r w:rsidRPr="00490A7F">
        <w:rPr>
          <w:rFonts w:ascii="Aptos" w:hAnsi="Aptos" w:cs="Segoe UI"/>
          <w:sz w:val="24"/>
          <w:szCs w:val="24"/>
        </w:rPr>
        <w:t>Steam</w:t>
      </w:r>
      <w:r w:rsidRPr="00490A7F">
        <w:rPr>
          <w:rFonts w:ascii="Aptos" w:hAnsi="Aptos" w:cs="Segoe UI"/>
          <w:sz w:val="24"/>
          <w:szCs w:val="24"/>
        </w:rPr>
        <w:t>ID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?</w:t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Ваш </w:t>
      </w:r>
      <w:proofErr w:type="spellStart"/>
      <w:r w:rsidRPr="00490A7F">
        <w:rPr>
          <w:rFonts w:ascii="Aptos" w:hAnsi="Aptos" w:cs="Segoe UI"/>
          <w:sz w:val="24"/>
          <w:szCs w:val="24"/>
        </w:rPr>
        <w:t>SteamID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 xml:space="preserve"> потребуется для правильного именования файлов.</w:t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1. Авторизуйтесь в вашем аккаунте </w:t>
      </w:r>
      <w:r w:rsidRPr="00490A7F">
        <w:rPr>
          <w:rFonts w:ascii="Aptos" w:hAnsi="Aptos" w:cs="Segoe UI"/>
          <w:sz w:val="24"/>
          <w:szCs w:val="24"/>
        </w:rPr>
        <w:t>Steam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в браузере.</w:t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2. Перейдите по ссылке: </w:t>
      </w:r>
      <w:r w:rsidRPr="00490A7F">
        <w:rPr>
          <w:rFonts w:ascii="Aptos" w:hAnsi="Aptos" w:cs="Segoe UI"/>
          <w:sz w:val="24"/>
          <w:szCs w:val="24"/>
        </w:rPr>
        <w:t>https</w:t>
      </w:r>
      <w:r w:rsidRPr="00490A7F">
        <w:rPr>
          <w:rFonts w:ascii="Aptos" w:hAnsi="Aptos" w:cs="Segoe UI"/>
          <w:sz w:val="24"/>
          <w:szCs w:val="24"/>
          <w:lang w:val="ru-RU"/>
        </w:rPr>
        <w:t>://</w:t>
      </w:r>
      <w:r w:rsidRPr="00490A7F">
        <w:rPr>
          <w:rFonts w:ascii="Aptos" w:hAnsi="Aptos" w:cs="Segoe UI"/>
          <w:sz w:val="24"/>
          <w:szCs w:val="24"/>
        </w:rPr>
        <w:t>store</w:t>
      </w:r>
      <w:r w:rsidRPr="00490A7F">
        <w:rPr>
          <w:rFonts w:ascii="Aptos" w:hAnsi="Aptos" w:cs="Segoe UI"/>
          <w:sz w:val="24"/>
          <w:szCs w:val="24"/>
          <w:lang w:val="ru-RU"/>
        </w:rPr>
        <w:t>.</w:t>
      </w:r>
      <w:proofErr w:type="spellStart"/>
      <w:r w:rsidRPr="00490A7F">
        <w:rPr>
          <w:rFonts w:ascii="Aptos" w:hAnsi="Aptos" w:cs="Segoe UI"/>
          <w:sz w:val="24"/>
          <w:szCs w:val="24"/>
        </w:rPr>
        <w:t>steampowered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.</w:t>
      </w:r>
      <w:r w:rsidRPr="00490A7F">
        <w:rPr>
          <w:rFonts w:ascii="Aptos" w:hAnsi="Aptos" w:cs="Segoe UI"/>
          <w:sz w:val="24"/>
          <w:szCs w:val="24"/>
        </w:rPr>
        <w:t>com</w:t>
      </w:r>
      <w:r w:rsidRPr="00490A7F">
        <w:rPr>
          <w:rFonts w:ascii="Aptos" w:hAnsi="Aptos" w:cs="Segoe UI"/>
          <w:sz w:val="24"/>
          <w:szCs w:val="24"/>
          <w:lang w:val="ru-RU"/>
        </w:rPr>
        <w:t>/</w:t>
      </w:r>
      <w:r w:rsidRPr="00490A7F">
        <w:rPr>
          <w:rFonts w:ascii="Aptos" w:hAnsi="Aptos" w:cs="Segoe UI"/>
          <w:sz w:val="24"/>
          <w:szCs w:val="24"/>
        </w:rPr>
        <w:t>account</w:t>
      </w:r>
      <w:r w:rsidRPr="00490A7F">
        <w:rPr>
          <w:rFonts w:ascii="Aptos" w:hAnsi="Aptos" w:cs="Segoe UI"/>
          <w:sz w:val="24"/>
          <w:szCs w:val="24"/>
          <w:lang w:val="ru-RU"/>
        </w:rPr>
        <w:t>/</w:t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3. На открывшейся странице, прямо под вашим логином, вы найдете строку </w:t>
      </w:r>
      <w:proofErr w:type="spellStart"/>
      <w:r w:rsidRPr="00490A7F">
        <w:rPr>
          <w:rFonts w:ascii="Aptos" w:hAnsi="Aptos" w:cs="Segoe UI"/>
          <w:sz w:val="24"/>
          <w:szCs w:val="24"/>
        </w:rPr>
        <w:t>Steam</w:t>
      </w:r>
      <w:r w:rsidRPr="00490A7F">
        <w:rPr>
          <w:rFonts w:ascii="Aptos" w:hAnsi="Aptos" w:cs="Segoe UI"/>
          <w:sz w:val="24"/>
          <w:szCs w:val="24"/>
        </w:rPr>
        <w:t>ID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: 7656.... Скопируйте этот номер.</w:t>
      </w:r>
    </w:p>
    <w:p w14:paraId="796CAC9B" w14:textId="5926A2F4" w:rsidR="001C571D" w:rsidRPr="00490A7F" w:rsidRDefault="001C571D" w:rsidP="001C571D">
      <w:pPr>
        <w:rPr>
          <w:rFonts w:ascii="Aptos" w:hAnsi="Aptos" w:cs="Segoe UI"/>
          <w:sz w:val="24"/>
          <w:szCs w:val="24"/>
          <w:lang w:val="ru-RU"/>
        </w:rPr>
      </w:pPr>
    </w:p>
    <w:p w14:paraId="36F15B02" w14:textId="6570E3A5" w:rsidR="001C571D" w:rsidRPr="00490A7F" w:rsidRDefault="001C571D" w:rsidP="001C571D">
      <w:pPr>
        <w:rPr>
          <w:rFonts w:ascii="Aptos" w:hAnsi="Aptos" w:cs="Segoe UI"/>
          <w:sz w:val="24"/>
          <w:szCs w:val="24"/>
          <w:lang w:val="ru-RU"/>
        </w:rPr>
      </w:pP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>2</w:t>
      </w:r>
      <w:r w:rsidRPr="00490A7F">
        <w:rPr>
          <w:rFonts w:ascii="Aptos" w:hAnsi="Aptos" w:cs="Segoe UI"/>
          <w:b/>
          <w:bCs/>
          <w:sz w:val="24"/>
          <w:szCs w:val="24"/>
          <w:lang w:val="ru-RU"/>
        </w:rPr>
        <w:t>. Подготовка к настройке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</w:t>
      </w:r>
    </w:p>
    <w:p w14:paraId="7C856966" w14:textId="77777777" w:rsidR="001D3955" w:rsidRPr="0021596B" w:rsidRDefault="001D3955" w:rsidP="001D3955">
      <w:pPr>
        <w:pStyle w:val="FirstParagraph"/>
        <w:rPr>
          <w:rFonts w:ascii="Aptos" w:hAnsi="Aptos" w:cs="Segoe UI"/>
          <w:lang w:val="ru-RU"/>
        </w:rPr>
      </w:pPr>
      <w:r w:rsidRPr="0021596B">
        <w:rPr>
          <w:rFonts w:ascii="Aptos" w:hAnsi="Aptos" w:cs="Segoe UI"/>
          <w:lang w:val="ru-RU"/>
        </w:rPr>
        <w:t>После распаковки архива вы увидите следующую структуру:</w:t>
      </w:r>
    </w:p>
    <w:p w14:paraId="25296C03" w14:textId="77777777" w:rsidR="001D3955" w:rsidRPr="0021596B" w:rsidRDefault="001D3955" w:rsidP="001D3955">
      <w:pPr>
        <w:pStyle w:val="SourceCode"/>
        <w:rPr>
          <w:rFonts w:cs="Segoe UI"/>
          <w:lang w:val="ru-RU"/>
        </w:rPr>
      </w:pPr>
      <w:r w:rsidRPr="0021596B">
        <w:rPr>
          <w:rStyle w:val="VerbatimChar"/>
          <w:rFonts w:cs="Segoe UI"/>
          <w:lang w:val="ru-RU"/>
        </w:rPr>
        <w:t xml:space="preserve">| </w:t>
      </w:r>
      <w:proofErr w:type="spellStart"/>
      <w:r w:rsidRPr="0021596B">
        <w:rPr>
          <w:rStyle w:val="VerbatimChar"/>
          <w:rFonts w:cs="Segoe UI"/>
        </w:rPr>
        <w:t>maFiles</w:t>
      </w:r>
      <w:proofErr w:type="spellEnd"/>
      <w:r w:rsidRPr="0021596B">
        <w:rPr>
          <w:rFonts w:cs="Segoe UI"/>
          <w:lang w:val="ru-RU"/>
        </w:rPr>
        <w:br/>
      </w:r>
      <w:r w:rsidRPr="0021596B">
        <w:rPr>
          <w:rStyle w:val="VerbatimChar"/>
          <w:rFonts w:cs="Segoe UI"/>
          <w:lang w:val="ru-RU"/>
        </w:rPr>
        <w:t xml:space="preserve">|   </w:t>
      </w:r>
      <w:r w:rsidRPr="0021596B">
        <w:rPr>
          <w:rStyle w:val="VerbatimChar"/>
          <w:rFonts w:cs="Arial"/>
          <w:lang w:val="ru-RU"/>
        </w:rPr>
        <w:t>└─</w:t>
      </w:r>
      <w:r w:rsidRPr="0021596B">
        <w:rPr>
          <w:rStyle w:val="VerbatimChar"/>
          <w:rFonts w:cs="Segoe UI"/>
          <w:lang w:val="ru-RU"/>
        </w:rPr>
        <w:t xml:space="preserve"> [</w:t>
      </w:r>
      <w:proofErr w:type="spellStart"/>
      <w:r w:rsidRPr="0021596B">
        <w:rPr>
          <w:rStyle w:val="VerbatimChar"/>
          <w:rFonts w:cs="Segoe UI"/>
        </w:rPr>
        <w:t>SteamID</w:t>
      </w:r>
      <w:proofErr w:type="spellEnd"/>
      <w:proofErr w:type="gramStart"/>
      <w:r w:rsidRPr="0021596B">
        <w:rPr>
          <w:rStyle w:val="VerbatimChar"/>
          <w:rFonts w:cs="Segoe UI"/>
          <w:lang w:val="ru-RU"/>
        </w:rPr>
        <w:t>].</w:t>
      </w:r>
      <w:proofErr w:type="spellStart"/>
      <w:r w:rsidRPr="0021596B">
        <w:rPr>
          <w:rStyle w:val="VerbatimChar"/>
          <w:rFonts w:cs="Segoe UI"/>
        </w:rPr>
        <w:t>maFile</w:t>
      </w:r>
      <w:proofErr w:type="spellEnd"/>
      <w:proofErr w:type="gramEnd"/>
      <w:r w:rsidRPr="0021596B">
        <w:rPr>
          <w:rFonts w:cs="Segoe UI"/>
          <w:lang w:val="ru-RU"/>
        </w:rPr>
        <w:br/>
      </w:r>
      <w:r w:rsidRPr="0021596B">
        <w:rPr>
          <w:rStyle w:val="VerbatimChar"/>
          <w:rFonts w:cs="Segoe UI"/>
          <w:lang w:val="ru-RU"/>
        </w:rPr>
        <w:t xml:space="preserve">|   </w:t>
      </w:r>
      <w:r w:rsidRPr="0021596B">
        <w:rPr>
          <w:rStyle w:val="VerbatimChar"/>
          <w:rFonts w:cs="Arial"/>
          <w:lang w:val="ru-RU"/>
        </w:rPr>
        <w:t>└─</w:t>
      </w:r>
      <w:r w:rsidRPr="0021596B">
        <w:rPr>
          <w:rStyle w:val="VerbatimChar"/>
          <w:rFonts w:cs="Segoe UI"/>
          <w:lang w:val="ru-RU"/>
        </w:rPr>
        <w:t xml:space="preserve"> [</w:t>
      </w:r>
      <w:proofErr w:type="spellStart"/>
      <w:r w:rsidRPr="0021596B">
        <w:rPr>
          <w:rStyle w:val="VerbatimChar"/>
          <w:rFonts w:cs="Segoe UI"/>
        </w:rPr>
        <w:t>SteamID</w:t>
      </w:r>
      <w:proofErr w:type="spellEnd"/>
      <w:r w:rsidRPr="0021596B">
        <w:rPr>
          <w:rStyle w:val="VerbatimChar"/>
          <w:rFonts w:cs="Segoe UI"/>
          <w:lang w:val="ru-RU"/>
        </w:rPr>
        <w:t>].</w:t>
      </w:r>
      <w:r w:rsidRPr="0021596B">
        <w:rPr>
          <w:rStyle w:val="VerbatimChar"/>
          <w:rFonts w:cs="Segoe UI"/>
        </w:rPr>
        <w:t>json</w:t>
      </w:r>
      <w:r w:rsidRPr="0021596B">
        <w:rPr>
          <w:rFonts w:cs="Segoe UI"/>
          <w:lang w:val="ru-RU"/>
        </w:rPr>
        <w:br/>
      </w:r>
      <w:r w:rsidRPr="0021596B">
        <w:rPr>
          <w:rStyle w:val="VerbatimChar"/>
          <w:rFonts w:cs="Segoe UI"/>
          <w:lang w:val="ru-RU"/>
        </w:rPr>
        <w:t>|</w:t>
      </w:r>
      <w:r w:rsidRPr="0021596B">
        <w:rPr>
          <w:rFonts w:cs="Segoe UI"/>
          <w:lang w:val="ru-RU"/>
        </w:rPr>
        <w:br/>
      </w:r>
      <w:r w:rsidRPr="0021596B">
        <w:rPr>
          <w:rStyle w:val="VerbatimChar"/>
          <w:rFonts w:cs="Segoe UI"/>
          <w:lang w:val="ru-RU"/>
        </w:rPr>
        <w:t xml:space="preserve">| </w:t>
      </w:r>
      <w:r w:rsidRPr="0021596B">
        <w:rPr>
          <w:rStyle w:val="VerbatimChar"/>
          <w:rFonts w:cs="Segoe UI"/>
        </w:rPr>
        <w:t>logs</w:t>
      </w:r>
      <w:r w:rsidRPr="0021596B">
        <w:rPr>
          <w:rFonts w:cs="Segoe UI"/>
          <w:lang w:val="ru-RU"/>
        </w:rPr>
        <w:br/>
      </w:r>
      <w:r w:rsidRPr="0021596B">
        <w:rPr>
          <w:rStyle w:val="VerbatimChar"/>
          <w:rFonts w:cs="Segoe UI"/>
          <w:lang w:val="ru-RU"/>
        </w:rPr>
        <w:t>|</w:t>
      </w:r>
      <w:r w:rsidRPr="0021596B">
        <w:rPr>
          <w:rFonts w:cs="Segoe UI"/>
          <w:lang w:val="ru-RU"/>
        </w:rPr>
        <w:br/>
      </w:r>
      <w:r w:rsidRPr="0021596B">
        <w:rPr>
          <w:rStyle w:val="VerbatimChar"/>
          <w:rFonts w:cs="Segoe UI"/>
          <w:lang w:val="ru-RU"/>
        </w:rPr>
        <w:t xml:space="preserve">| </w:t>
      </w:r>
      <w:r w:rsidRPr="0021596B">
        <w:rPr>
          <w:rStyle w:val="VerbatimChar"/>
          <w:rFonts w:cs="Segoe UI"/>
        </w:rPr>
        <w:t>start</w:t>
      </w:r>
      <w:r w:rsidRPr="0021596B">
        <w:rPr>
          <w:rStyle w:val="VerbatimChar"/>
          <w:rFonts w:cs="Segoe UI"/>
          <w:lang w:val="ru-RU"/>
        </w:rPr>
        <w:t>.</w:t>
      </w:r>
      <w:r w:rsidRPr="0021596B">
        <w:rPr>
          <w:rStyle w:val="VerbatimChar"/>
          <w:rFonts w:cs="Segoe UI"/>
        </w:rPr>
        <w:t>exe</w:t>
      </w:r>
    </w:p>
    <w:p w14:paraId="4DA73742" w14:textId="12ACEE48" w:rsidR="001D3955" w:rsidRPr="00490A7F" w:rsidRDefault="007C3F45" w:rsidP="0021596B">
      <w:pPr>
        <w:rPr>
          <w:rFonts w:ascii="Aptos" w:hAnsi="Aptos" w:cs="Segoe UI"/>
          <w:sz w:val="24"/>
          <w:szCs w:val="24"/>
          <w:lang w:val="ru-RU"/>
        </w:rPr>
      </w:pP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1. Поместите </w:t>
      </w:r>
      <w:proofErr w:type="gramStart"/>
      <w:r w:rsidRPr="00490A7F">
        <w:rPr>
          <w:rFonts w:ascii="Aptos" w:hAnsi="Aptos" w:cs="Segoe UI"/>
          <w:sz w:val="24"/>
          <w:szCs w:val="24"/>
          <w:lang w:val="ru-RU"/>
        </w:rPr>
        <w:t>ваш .</w:t>
      </w:r>
      <w:proofErr w:type="spellStart"/>
      <w:r w:rsidRPr="00490A7F">
        <w:rPr>
          <w:rFonts w:ascii="Aptos" w:hAnsi="Aptos" w:cs="Segoe UI"/>
          <w:sz w:val="24"/>
          <w:szCs w:val="24"/>
        </w:rPr>
        <w:t>maFile</w:t>
      </w:r>
      <w:proofErr w:type="spellEnd"/>
      <w:proofErr w:type="gramEnd"/>
      <w:r w:rsidRPr="00490A7F">
        <w:rPr>
          <w:rFonts w:ascii="Aptos" w:hAnsi="Aptos" w:cs="Segoe UI"/>
          <w:sz w:val="24"/>
          <w:szCs w:val="24"/>
          <w:lang w:val="ru-RU"/>
        </w:rPr>
        <w:t xml:space="preserve"> в папку </w:t>
      </w:r>
      <w:proofErr w:type="spellStart"/>
      <w:r w:rsidRPr="00490A7F">
        <w:rPr>
          <w:rFonts w:ascii="Aptos" w:hAnsi="Aptos" w:cs="Segoe UI"/>
          <w:sz w:val="24"/>
          <w:szCs w:val="24"/>
        </w:rPr>
        <w:t>maFiles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.</w:t>
      </w:r>
      <w:r w:rsidRPr="00490A7F">
        <w:rPr>
          <w:rFonts w:ascii="Aptos" w:hAnsi="Aptos" w:cs="Segoe UI"/>
          <w:sz w:val="24"/>
          <w:szCs w:val="24"/>
          <w:lang w:val="ru-RU"/>
        </w:rPr>
        <w:br/>
        <w:t>2. Переименуйте .</w:t>
      </w:r>
      <w:proofErr w:type="spellStart"/>
      <w:r w:rsidRPr="00490A7F">
        <w:rPr>
          <w:rFonts w:ascii="Aptos" w:hAnsi="Aptos" w:cs="Segoe UI"/>
          <w:sz w:val="24"/>
          <w:szCs w:val="24"/>
        </w:rPr>
        <w:t>m</w:t>
      </w:r>
      <w:r w:rsidRPr="00490A7F">
        <w:rPr>
          <w:rFonts w:ascii="Aptos" w:hAnsi="Aptos" w:cs="Segoe UI"/>
          <w:sz w:val="24"/>
          <w:szCs w:val="24"/>
        </w:rPr>
        <w:t>aFile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 xml:space="preserve"> и</w:t>
      </w:r>
      <w:r w:rsidR="001D3955" w:rsidRPr="00490A7F">
        <w:rPr>
          <w:rFonts w:ascii="Aptos" w:hAnsi="Aptos" w:cs="Segoe UI"/>
          <w:sz w:val="24"/>
          <w:szCs w:val="24"/>
          <w:lang w:val="ru-RU"/>
        </w:rPr>
        <w:t xml:space="preserve"> </w:t>
      </w:r>
      <w:r w:rsidRPr="00490A7F">
        <w:rPr>
          <w:rFonts w:ascii="Aptos" w:hAnsi="Aptos" w:cs="Segoe UI"/>
          <w:sz w:val="24"/>
          <w:szCs w:val="24"/>
          <w:lang w:val="ru-RU"/>
        </w:rPr>
        <w:t>.</w:t>
      </w:r>
      <w:r w:rsidRPr="00490A7F">
        <w:rPr>
          <w:rFonts w:ascii="Aptos" w:hAnsi="Aptos" w:cs="Segoe UI"/>
          <w:sz w:val="24"/>
          <w:szCs w:val="24"/>
        </w:rPr>
        <w:t>json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файл</w:t>
      </w:r>
      <w:r w:rsidR="001D3955" w:rsidRPr="00490A7F">
        <w:rPr>
          <w:rFonts w:ascii="Aptos" w:hAnsi="Aptos" w:cs="Segoe UI"/>
          <w:sz w:val="24"/>
          <w:szCs w:val="24"/>
          <w:lang w:val="ru-RU"/>
        </w:rPr>
        <w:t>ы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в </w:t>
      </w:r>
      <w:r w:rsidR="001D3955" w:rsidRPr="00490A7F">
        <w:rPr>
          <w:rStyle w:val="VerbatimChar"/>
          <w:rFonts w:ascii="Aptos" w:hAnsi="Aptos" w:cs="Segoe UI"/>
          <w:sz w:val="24"/>
          <w:szCs w:val="24"/>
          <w:lang w:val="ru-RU"/>
        </w:rPr>
        <w:t>[</w:t>
      </w:r>
      <w:r w:rsidR="001D3955" w:rsidRPr="00490A7F">
        <w:rPr>
          <w:rStyle w:val="VerbatimChar"/>
          <w:rFonts w:ascii="Aptos" w:hAnsi="Aptos" w:cs="Segoe UI"/>
          <w:sz w:val="24"/>
          <w:szCs w:val="24"/>
          <w:lang w:val="ru-RU"/>
        </w:rPr>
        <w:t xml:space="preserve">Ваш </w:t>
      </w:r>
      <w:proofErr w:type="spellStart"/>
      <w:r w:rsidR="001D3955" w:rsidRPr="00490A7F">
        <w:rPr>
          <w:rStyle w:val="VerbatimChar"/>
          <w:rFonts w:ascii="Aptos" w:hAnsi="Aptos" w:cs="Segoe UI"/>
          <w:sz w:val="24"/>
          <w:szCs w:val="24"/>
        </w:rPr>
        <w:t>SteamID</w:t>
      </w:r>
      <w:proofErr w:type="spellEnd"/>
      <w:r w:rsidR="001D3955" w:rsidRPr="00490A7F">
        <w:rPr>
          <w:rStyle w:val="VerbatimChar"/>
          <w:rFonts w:ascii="Aptos" w:hAnsi="Aptos" w:cs="Segoe UI"/>
          <w:sz w:val="24"/>
          <w:szCs w:val="24"/>
          <w:lang w:val="ru-RU"/>
        </w:rPr>
        <w:t>].</w:t>
      </w:r>
      <w:r w:rsidR="001D3955" w:rsidRPr="00490A7F">
        <w:rPr>
          <w:rStyle w:val="VerbatimChar"/>
          <w:rFonts w:ascii="Aptos" w:hAnsi="Aptos" w:cs="Segoe UI"/>
          <w:sz w:val="24"/>
          <w:szCs w:val="24"/>
        </w:rPr>
        <w:t>json</w:t>
      </w:r>
      <w:r w:rsidR="001D3955" w:rsidRPr="00490A7F">
        <w:rPr>
          <w:rStyle w:val="VerbatimChar"/>
          <w:rFonts w:ascii="Aptos" w:hAnsi="Aptos" w:cs="Segoe UI"/>
          <w:sz w:val="24"/>
          <w:szCs w:val="24"/>
          <w:lang w:val="ru-RU"/>
        </w:rPr>
        <w:t xml:space="preserve"> и </w:t>
      </w:r>
      <w:r w:rsidR="001D3955" w:rsidRPr="00490A7F">
        <w:rPr>
          <w:rStyle w:val="VerbatimChar"/>
          <w:rFonts w:ascii="Aptos" w:hAnsi="Aptos" w:cs="Segoe UI"/>
          <w:sz w:val="24"/>
          <w:szCs w:val="24"/>
          <w:lang w:val="ru-RU"/>
        </w:rPr>
        <w:t>[</w:t>
      </w:r>
      <w:r w:rsidR="001D3955" w:rsidRPr="00490A7F">
        <w:rPr>
          <w:rStyle w:val="VerbatimChar"/>
          <w:rFonts w:ascii="Aptos" w:hAnsi="Aptos" w:cs="Segoe UI"/>
          <w:sz w:val="24"/>
          <w:szCs w:val="24"/>
          <w:lang w:val="ru-RU"/>
        </w:rPr>
        <w:t xml:space="preserve">Ваш </w:t>
      </w:r>
      <w:proofErr w:type="spellStart"/>
      <w:r w:rsidR="001D3955" w:rsidRPr="00490A7F">
        <w:rPr>
          <w:rStyle w:val="VerbatimChar"/>
          <w:rFonts w:ascii="Aptos" w:hAnsi="Aptos" w:cs="Segoe UI"/>
          <w:sz w:val="24"/>
          <w:szCs w:val="24"/>
        </w:rPr>
        <w:t>SteamID</w:t>
      </w:r>
      <w:proofErr w:type="spellEnd"/>
      <w:r w:rsidR="001D3955" w:rsidRPr="00490A7F">
        <w:rPr>
          <w:rStyle w:val="VerbatimChar"/>
          <w:rFonts w:ascii="Aptos" w:hAnsi="Aptos" w:cs="Segoe UI"/>
          <w:sz w:val="24"/>
          <w:szCs w:val="24"/>
          <w:lang w:val="ru-RU"/>
        </w:rPr>
        <w:t>].</w:t>
      </w:r>
      <w:proofErr w:type="spellStart"/>
      <w:r w:rsidR="001D3955" w:rsidRPr="00490A7F">
        <w:rPr>
          <w:rStyle w:val="VerbatimChar"/>
          <w:rFonts w:ascii="Aptos" w:hAnsi="Aptos" w:cs="Segoe UI"/>
          <w:sz w:val="24"/>
          <w:szCs w:val="24"/>
        </w:rPr>
        <w:t>maFile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br/>
        <w:t>Пример:</w:t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="001D3955" w:rsidRPr="0021596B">
        <w:rPr>
          <w:rFonts w:ascii="Aptos" w:hAnsi="Aptos" w:cs="Segoe UI"/>
          <w:i/>
          <w:iCs/>
          <w:sz w:val="18"/>
          <w:szCs w:val="18"/>
          <w:lang w:val="ru-RU"/>
        </w:rPr>
        <w:t>Было → Стало:</w:t>
      </w:r>
    </w:p>
    <w:p w14:paraId="22FFB931" w14:textId="77777777" w:rsidR="001D3955" w:rsidRPr="0021596B" w:rsidRDefault="001D3955" w:rsidP="00490A7F">
      <w:pPr>
        <w:spacing w:after="0" w:line="240" w:lineRule="auto"/>
        <w:rPr>
          <w:rFonts w:ascii="Consolas" w:hAnsi="Consolas" w:cs="Segoe UI"/>
          <w:lang w:val="ru-RU"/>
        </w:rPr>
      </w:pPr>
      <w:r w:rsidRPr="0021596B">
        <w:rPr>
          <w:rFonts w:ascii="Consolas" w:hAnsi="Consolas" w:cs="Segoe UI"/>
          <w:lang w:val="ru-RU"/>
        </w:rPr>
        <w:t>76777777777777777.maFile   →   76561198012345678.maFile</w:t>
      </w:r>
    </w:p>
    <w:p w14:paraId="0812CEC0" w14:textId="77777777" w:rsidR="0021596B" w:rsidRDefault="001D3955" w:rsidP="001D3955">
      <w:pPr>
        <w:rPr>
          <w:rFonts w:ascii="Consolas" w:hAnsi="Consolas" w:cs="Segoe UI"/>
          <w:lang w:val="ru-RU"/>
        </w:rPr>
      </w:pPr>
      <w:r w:rsidRPr="0021596B">
        <w:rPr>
          <w:rFonts w:ascii="Consolas" w:hAnsi="Consolas" w:cs="Segoe UI"/>
          <w:lang w:val="ru-RU"/>
        </w:rPr>
        <w:t>76777777777777777.json     →   76561198012345678.json</w:t>
      </w:r>
    </w:p>
    <w:p w14:paraId="61EDA0C7" w14:textId="7373A4B3" w:rsidR="00DB2FC7" w:rsidRDefault="007C3F45" w:rsidP="00DB2FC7">
      <w:pPr>
        <w:pStyle w:val="SourceCode"/>
        <w:rPr>
          <w:rFonts w:asciiTheme="minorHAnsi" w:hAnsiTheme="minorHAnsi" w:cs="Segoe UI"/>
          <w:sz w:val="24"/>
          <w:szCs w:val="24"/>
          <w:lang w:val="ru-RU"/>
        </w:rPr>
      </w:pP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DB2FC7">
        <w:rPr>
          <w:rFonts w:ascii="Aptos" w:hAnsi="Aptos" w:cs="Segoe UI"/>
          <w:b/>
          <w:bCs/>
          <w:sz w:val="24"/>
          <w:szCs w:val="24"/>
          <w:lang w:val="ru-RU"/>
        </w:rPr>
        <w:t>3</w:t>
      </w:r>
      <w:r w:rsidR="00DB2FC7" w:rsidRPr="00DB2FC7">
        <w:rPr>
          <w:rFonts w:ascii="Aptos" w:hAnsi="Aptos" w:cs="Segoe UI"/>
          <w:b/>
          <w:bCs/>
          <w:sz w:val="24"/>
          <w:szCs w:val="24"/>
          <w:lang w:val="ru-RU"/>
        </w:rPr>
        <w:t>.</w:t>
      </w:r>
      <w:r w:rsidRPr="00DB2FC7">
        <w:rPr>
          <w:rFonts w:ascii="Aptos" w:hAnsi="Aptos" w:cs="Segoe UI"/>
          <w:b/>
          <w:bCs/>
          <w:sz w:val="24"/>
          <w:szCs w:val="24"/>
          <w:lang w:val="ru-RU"/>
        </w:rPr>
        <w:t xml:space="preserve"> Редактирование конфигурационного </w:t>
      </w:r>
      <w:proofErr w:type="gramStart"/>
      <w:r w:rsidRPr="00DB2FC7">
        <w:rPr>
          <w:rFonts w:ascii="Aptos" w:hAnsi="Aptos" w:cs="Segoe UI"/>
          <w:b/>
          <w:bCs/>
          <w:sz w:val="24"/>
          <w:szCs w:val="24"/>
          <w:lang w:val="ru-RU"/>
        </w:rPr>
        <w:t>файла .</w:t>
      </w:r>
      <w:r w:rsidRPr="00DB2FC7">
        <w:rPr>
          <w:rFonts w:ascii="Aptos" w:hAnsi="Aptos" w:cs="Segoe UI"/>
          <w:b/>
          <w:bCs/>
          <w:sz w:val="24"/>
          <w:szCs w:val="24"/>
        </w:rPr>
        <w:t>json</w:t>
      </w:r>
      <w:proofErr w:type="gramEnd"/>
      <w:r w:rsidRPr="00490A7F">
        <w:rPr>
          <w:rFonts w:ascii="Aptos" w:hAnsi="Aptos" w:cs="Segoe UI"/>
          <w:sz w:val="24"/>
          <w:szCs w:val="24"/>
          <w:lang w:val="ru-RU"/>
        </w:rPr>
        <w:br/>
        <w:t>Откройте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переименованный .</w:t>
      </w:r>
      <w:r w:rsidRPr="00490A7F">
        <w:rPr>
          <w:rFonts w:ascii="Aptos" w:hAnsi="Aptos" w:cs="Segoe UI"/>
          <w:sz w:val="24"/>
          <w:szCs w:val="24"/>
        </w:rPr>
        <w:t>json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файл с помощью текстового редактора</w:t>
      </w:r>
      <w:r w:rsidR="00DB2FC7" w:rsidRPr="00DB2FC7">
        <w:rPr>
          <w:rFonts w:ascii="Aptos" w:hAnsi="Aptos" w:cs="Segoe UI"/>
          <w:sz w:val="24"/>
          <w:szCs w:val="24"/>
          <w:lang w:val="ru-RU"/>
        </w:rPr>
        <w:t xml:space="preserve">. </w:t>
      </w:r>
    </w:p>
    <w:p w14:paraId="388FA362" w14:textId="37E4DC8B" w:rsidR="00DB2FC7" w:rsidRDefault="00DB2FC7" w:rsidP="00DB2FC7">
      <w:pPr>
        <w:pStyle w:val="SourceCode"/>
        <w:rPr>
          <w:rFonts w:eastAsiaTheme="minorHAnsi"/>
        </w:rPr>
      </w:pPr>
      <w:r w:rsidRPr="00DB2FC7">
        <w:rPr>
          <w:rFonts w:ascii="Aptos" w:hAnsi="Aptos" w:cs="Segoe UI"/>
          <w:sz w:val="24"/>
          <w:szCs w:val="24"/>
          <w:lang w:val="ru-RU"/>
        </w:rPr>
        <w:lastRenderedPageBreak/>
        <w:t>Рек</w:t>
      </w:r>
      <w:r w:rsidRPr="00DB2FC7">
        <w:rPr>
          <w:rFonts w:ascii="Aptos" w:hAnsi="Aptos" w:cs="Segoe UI"/>
          <w:sz w:val="24"/>
          <w:szCs w:val="24"/>
          <w:lang w:val="ru-RU"/>
        </w:rPr>
        <w:t>ом</w:t>
      </w:r>
      <w:r w:rsidRPr="00DB2FC7">
        <w:rPr>
          <w:rFonts w:ascii="Aptos" w:hAnsi="Aptos" w:cs="Segoe UI"/>
          <w:sz w:val="24"/>
          <w:szCs w:val="24"/>
          <w:lang w:val="ru-RU"/>
        </w:rPr>
        <w:t>ендуем</w:t>
      </w:r>
      <w:r w:rsidRPr="004E78B8">
        <w:rPr>
          <w:rFonts w:ascii="Aptos" w:hAnsi="Aptos" w:cs="Segoe UI"/>
          <w:sz w:val="24"/>
          <w:szCs w:val="24"/>
          <w:lang w:val="ru-RU"/>
        </w:rPr>
        <w:t xml:space="preserve"> </w:t>
      </w:r>
      <w:r w:rsidRPr="00DB2FC7">
        <w:rPr>
          <w:rFonts w:ascii="Aptos" w:hAnsi="Aptos" w:cs="Segoe UI"/>
          <w:sz w:val="24"/>
          <w:szCs w:val="24"/>
          <w:lang w:val="ru-RU"/>
        </w:rPr>
        <w:t>редактировать</w:t>
      </w:r>
      <w:r w:rsidRPr="004E78B8">
        <w:rPr>
          <w:rFonts w:ascii="Aptos" w:hAnsi="Aptos" w:cs="Segoe UI"/>
          <w:sz w:val="24"/>
          <w:szCs w:val="24"/>
          <w:lang w:val="ru-RU"/>
        </w:rPr>
        <w:t xml:space="preserve"> </w:t>
      </w:r>
      <w:r w:rsidRPr="00DB2FC7">
        <w:rPr>
          <w:rFonts w:ascii="Aptos" w:hAnsi="Aptos" w:cs="Segoe UI"/>
          <w:sz w:val="24"/>
          <w:szCs w:val="24"/>
          <w:lang w:val="ru-RU"/>
        </w:rPr>
        <w:t>конфиг</w:t>
      </w:r>
      <w:r w:rsidRPr="004E78B8">
        <w:rPr>
          <w:rFonts w:ascii="Aptos" w:hAnsi="Aptos" w:cs="Segoe UI"/>
          <w:sz w:val="24"/>
          <w:szCs w:val="24"/>
          <w:lang w:val="ru-RU"/>
        </w:rPr>
        <w:t xml:space="preserve"> </w:t>
      </w:r>
      <w:r w:rsidRPr="00DB2FC7">
        <w:rPr>
          <w:rFonts w:ascii="Aptos" w:hAnsi="Aptos" w:cs="Segoe UI"/>
          <w:sz w:val="24"/>
          <w:szCs w:val="24"/>
          <w:lang w:val="ru-RU"/>
        </w:rPr>
        <w:t>только</w:t>
      </w:r>
      <w:r w:rsidRPr="004E78B8">
        <w:rPr>
          <w:rFonts w:ascii="Aptos" w:hAnsi="Aptos" w:cs="Segoe UI"/>
          <w:sz w:val="24"/>
          <w:szCs w:val="24"/>
          <w:lang w:val="ru-RU"/>
        </w:rPr>
        <w:t xml:space="preserve"> </w:t>
      </w:r>
      <w:r w:rsidRPr="00DB2FC7">
        <w:rPr>
          <w:rFonts w:ascii="Aptos" w:hAnsi="Aptos" w:cs="Segoe UI"/>
          <w:sz w:val="24"/>
          <w:szCs w:val="24"/>
          <w:lang w:val="ru-RU"/>
        </w:rPr>
        <w:t>через</w:t>
      </w:r>
      <w:r w:rsidRPr="004E78B8">
        <w:rPr>
          <w:rFonts w:ascii="Aptos" w:hAnsi="Aptos" w:cs="Segoe UI"/>
          <w:sz w:val="24"/>
          <w:szCs w:val="24"/>
          <w:lang w:val="ru-RU"/>
        </w:rPr>
        <w:t xml:space="preserve"> </w:t>
      </w:r>
      <w:r w:rsidRPr="004E78B8">
        <w:rPr>
          <w:rFonts w:ascii="Aptos" w:hAnsi="Aptos" w:cs="Segoe UI"/>
          <w:sz w:val="24"/>
          <w:szCs w:val="24"/>
        </w:rPr>
        <w:t>Notepad</w:t>
      </w:r>
      <w:r w:rsidRPr="004E78B8">
        <w:rPr>
          <w:rFonts w:ascii="Aptos" w:hAnsi="Aptos" w:cs="Segoe UI"/>
          <w:sz w:val="24"/>
          <w:szCs w:val="24"/>
          <w:lang w:val="ru-RU"/>
        </w:rPr>
        <w:t xml:space="preserve">++ — </w:t>
      </w:r>
      <w:r w:rsidRPr="00DB2FC7">
        <w:rPr>
          <w:rFonts w:ascii="Aptos" w:hAnsi="Aptos" w:cs="Segoe UI"/>
          <w:sz w:val="24"/>
          <w:szCs w:val="24"/>
          <w:lang w:val="ru-RU"/>
        </w:rPr>
        <w:t>другие редакторы могут нарушить формат JSON.</w:t>
      </w:r>
      <w:r w:rsidRPr="004E78B8">
        <w:rPr>
          <w:rFonts w:asciiTheme="minorHAnsi" w:hAnsiTheme="minorHAnsi" w:cs="Segoe UI"/>
          <w:sz w:val="24"/>
          <w:szCs w:val="24"/>
          <w:lang w:val="ru-RU"/>
        </w:rPr>
        <w:br/>
      </w:r>
      <w:r w:rsidRPr="004E78B8">
        <w:rPr>
          <w:lang w:val="ru-RU"/>
        </w:rPr>
        <w:br/>
      </w: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"login"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</w:t>
      </w:r>
      <w:r>
        <w:rPr>
          <w:rStyle w:val="StringTok"/>
        </w:rPr>
        <w:t>login</w:t>
      </w:r>
      <w:r>
        <w:rPr>
          <w:rStyle w:val="StringTok"/>
        </w:rPr>
        <w:t>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"name"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"Nickname"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"password"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"STEAM_PASSWORD"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steamid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"7656119XXXXXXXXXX"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autostartconfirmation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KeywordTok"/>
        </w:rPr>
        <w:t>true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seconds_between_checking_for_confirmations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DecValTok"/>
        </w:rPr>
        <w:t>6</w:t>
      </w:r>
      <w:r>
        <w:rPr>
          <w:rStyle w:val="DecValTok"/>
        </w:rPr>
        <w:t>0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"proxy"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StringTok"/>
        </w:rPr>
        <w:t>"http://login:pass@ip:port"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>"confirmations"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FunctionTok"/>
        </w:rPr>
        <w:t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trade_offer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KeywordTok"/>
        </w:rPr>
        <w:t>false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market_sell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KeywordTok"/>
        </w:rPr>
        <w:t>true</w:t>
      </w:r>
      <w:r>
        <w:rPr>
          <w:rStyle w:val="FunctionTok"/>
        </w:rPr>
        <w:t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>"</w:t>
      </w:r>
      <w:proofErr w:type="spellStart"/>
      <w:r>
        <w:rPr>
          <w:rStyle w:val="DataTypeTok"/>
        </w:rPr>
        <w:t>market_buy</w:t>
      </w:r>
      <w:proofErr w:type="spellEnd"/>
      <w:r>
        <w:rPr>
          <w:rStyle w:val="DataTypeTok"/>
        </w:rPr>
        <w:t>"</w:t>
      </w:r>
      <w:r>
        <w:rPr>
          <w:rStyle w:val="FunctionTok"/>
        </w:rPr>
        <w:t>:</w:t>
      </w:r>
      <w:r>
        <w:rPr>
          <w:rStyle w:val="NormalTok"/>
        </w:rPr>
        <w:t xml:space="preserve"> </w:t>
      </w:r>
      <w:r>
        <w:rPr>
          <w:rStyle w:val="KeywordTok"/>
        </w:rPr>
        <w:t>true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>}</w:t>
      </w:r>
      <w:r>
        <w:br/>
      </w:r>
      <w:r>
        <w:rPr>
          <w:rStyle w:val="FunctionTok"/>
        </w:rPr>
        <w:t>}</w:t>
      </w:r>
    </w:p>
    <w:p w14:paraId="007B705B" w14:textId="77777777" w:rsidR="00A5121D" w:rsidRPr="00A5121D" w:rsidRDefault="007C3F45" w:rsidP="0021596B">
      <w:pPr>
        <w:rPr>
          <w:rFonts w:ascii="Aptos" w:hAnsi="Aptos" w:cs="Segoe UI"/>
          <w:sz w:val="24"/>
          <w:szCs w:val="24"/>
          <w:lang w:val="ru-RU"/>
        </w:rPr>
      </w:pPr>
      <w:r w:rsidRPr="004E78B8">
        <w:rPr>
          <w:rFonts w:ascii="Aptos" w:hAnsi="Aptos" w:cs="Segoe UI"/>
          <w:sz w:val="24"/>
          <w:szCs w:val="24"/>
        </w:rPr>
        <w:br/>
      </w:r>
      <w:r w:rsidRPr="00A5121D">
        <w:rPr>
          <w:rFonts w:ascii="Aptos" w:hAnsi="Aptos" w:cs="Segoe UI"/>
          <w:sz w:val="24"/>
          <w:szCs w:val="24"/>
          <w:lang w:val="ru-RU"/>
        </w:rPr>
        <w:t>Описание полей:</w:t>
      </w:r>
      <w:r w:rsidRPr="00A5121D">
        <w:rPr>
          <w:rFonts w:ascii="Aptos" w:hAnsi="Aptos" w:cs="Segoe UI"/>
          <w:sz w:val="24"/>
          <w:szCs w:val="24"/>
          <w:lang w:val="ru-RU"/>
        </w:rPr>
        <w:br/>
        <w:t xml:space="preserve">• </w:t>
      </w:r>
      <w:r w:rsidRPr="00A5121D">
        <w:rPr>
          <w:rFonts w:ascii="Aptos" w:hAnsi="Aptos" w:cs="Segoe UI"/>
          <w:sz w:val="24"/>
          <w:szCs w:val="24"/>
        </w:rPr>
        <w:t>login</w:t>
      </w:r>
      <w:r w:rsidRPr="00A5121D">
        <w:rPr>
          <w:rFonts w:ascii="Aptos" w:hAnsi="Aptos" w:cs="Segoe UI"/>
          <w:sz w:val="24"/>
          <w:szCs w:val="24"/>
          <w:lang w:val="ru-RU"/>
        </w:rPr>
        <w:t xml:space="preserve"> — логи</w:t>
      </w:r>
      <w:r w:rsidRPr="00A5121D">
        <w:rPr>
          <w:rFonts w:ascii="Aptos" w:hAnsi="Aptos" w:cs="Segoe UI"/>
          <w:sz w:val="24"/>
          <w:szCs w:val="24"/>
          <w:lang w:val="ru-RU"/>
        </w:rPr>
        <w:t xml:space="preserve">н аккаунта </w:t>
      </w:r>
      <w:r w:rsidRPr="00A5121D">
        <w:rPr>
          <w:rFonts w:ascii="Aptos" w:hAnsi="Aptos" w:cs="Segoe UI"/>
          <w:sz w:val="24"/>
          <w:szCs w:val="24"/>
        </w:rPr>
        <w:t>Steam</w:t>
      </w:r>
      <w:r w:rsidR="00A5121D" w:rsidRPr="00A5121D">
        <w:rPr>
          <w:rFonts w:ascii="Aptos" w:hAnsi="Aptos" w:cs="Segoe UI"/>
          <w:sz w:val="24"/>
          <w:szCs w:val="24"/>
          <w:lang w:val="ru-RU"/>
        </w:rPr>
        <w:t xml:space="preserve"> в нижнем регистре</w:t>
      </w:r>
      <w:r w:rsidRPr="00A5121D">
        <w:rPr>
          <w:rFonts w:ascii="Aptos" w:hAnsi="Aptos" w:cs="Segoe UI"/>
          <w:sz w:val="24"/>
          <w:szCs w:val="24"/>
          <w:lang w:val="ru-RU"/>
        </w:rPr>
        <w:t>.</w:t>
      </w:r>
      <w:r w:rsidRPr="00A5121D">
        <w:rPr>
          <w:rFonts w:ascii="Aptos" w:hAnsi="Aptos" w:cs="Segoe UI"/>
          <w:sz w:val="24"/>
          <w:szCs w:val="24"/>
          <w:lang w:val="ru-RU"/>
        </w:rPr>
        <w:br/>
      </w:r>
      <w:r w:rsidRPr="00A5121D">
        <w:rPr>
          <w:rFonts w:ascii="Aptos" w:hAnsi="Aptos" w:cs="Segoe UI"/>
          <w:sz w:val="24"/>
          <w:szCs w:val="24"/>
        </w:rPr>
        <w:t xml:space="preserve">• name — </w:t>
      </w:r>
      <w:proofErr w:type="spellStart"/>
      <w:r w:rsidRPr="00A5121D">
        <w:rPr>
          <w:rFonts w:ascii="Aptos" w:hAnsi="Aptos" w:cs="Segoe UI"/>
          <w:sz w:val="24"/>
          <w:szCs w:val="24"/>
        </w:rPr>
        <w:t>отображаемое</w:t>
      </w:r>
      <w:proofErr w:type="spellEnd"/>
      <w:r w:rsidRPr="00A5121D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A5121D">
        <w:rPr>
          <w:rFonts w:ascii="Aptos" w:hAnsi="Aptos" w:cs="Segoe UI"/>
          <w:sz w:val="24"/>
          <w:szCs w:val="24"/>
        </w:rPr>
        <w:t>имя</w:t>
      </w:r>
      <w:proofErr w:type="spellEnd"/>
      <w:r w:rsidR="00A5121D" w:rsidRPr="00A5121D">
        <w:rPr>
          <w:rFonts w:ascii="Aptos" w:hAnsi="Aptos" w:cs="Segoe UI"/>
          <w:sz w:val="24"/>
          <w:szCs w:val="24"/>
          <w:lang w:val="ru-RU"/>
        </w:rPr>
        <w:t>, установите любое</w:t>
      </w:r>
      <w:r w:rsidRPr="00A5121D">
        <w:rPr>
          <w:rFonts w:ascii="Aptos" w:hAnsi="Aptos" w:cs="Segoe UI"/>
          <w:sz w:val="24"/>
          <w:szCs w:val="24"/>
        </w:rPr>
        <w:t>.</w:t>
      </w:r>
      <w:r w:rsidRPr="00A5121D">
        <w:rPr>
          <w:rFonts w:ascii="Aptos" w:hAnsi="Aptos" w:cs="Segoe UI"/>
          <w:sz w:val="24"/>
          <w:szCs w:val="24"/>
        </w:rPr>
        <w:br/>
        <w:t xml:space="preserve">• password — </w:t>
      </w:r>
      <w:proofErr w:type="spellStart"/>
      <w:r w:rsidRPr="00A5121D">
        <w:rPr>
          <w:rFonts w:ascii="Aptos" w:hAnsi="Aptos" w:cs="Segoe UI"/>
          <w:sz w:val="24"/>
          <w:szCs w:val="24"/>
        </w:rPr>
        <w:t>пароль</w:t>
      </w:r>
      <w:proofErr w:type="spellEnd"/>
      <w:r w:rsidRPr="00A5121D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A5121D">
        <w:rPr>
          <w:rFonts w:ascii="Aptos" w:hAnsi="Aptos" w:cs="Segoe UI"/>
          <w:sz w:val="24"/>
          <w:szCs w:val="24"/>
        </w:rPr>
        <w:t>аккаунт</w:t>
      </w:r>
      <w:proofErr w:type="spellEnd"/>
      <w:r w:rsidR="00DB2FC7" w:rsidRPr="00A5121D">
        <w:rPr>
          <w:rFonts w:ascii="Aptos" w:hAnsi="Aptos" w:cs="Segoe UI"/>
          <w:sz w:val="24"/>
          <w:szCs w:val="24"/>
          <w:lang w:val="ru-RU"/>
        </w:rPr>
        <w:t xml:space="preserve">а </w:t>
      </w:r>
      <w:r w:rsidR="00DB2FC7" w:rsidRPr="00A5121D">
        <w:rPr>
          <w:rFonts w:ascii="Aptos" w:hAnsi="Aptos" w:cs="Segoe UI"/>
          <w:sz w:val="24"/>
          <w:szCs w:val="24"/>
        </w:rPr>
        <w:t>Steam</w:t>
      </w:r>
      <w:r w:rsidRPr="00A5121D">
        <w:rPr>
          <w:rFonts w:ascii="Aptos" w:hAnsi="Aptos" w:cs="Segoe UI"/>
          <w:sz w:val="24"/>
          <w:szCs w:val="24"/>
        </w:rPr>
        <w:t>.</w:t>
      </w:r>
      <w:r w:rsidRPr="00A5121D">
        <w:rPr>
          <w:rFonts w:ascii="Aptos" w:hAnsi="Aptos" w:cs="Segoe UI"/>
          <w:sz w:val="24"/>
          <w:szCs w:val="24"/>
        </w:rPr>
        <w:br/>
        <w:t>• steamid — ваш SteamID.</w:t>
      </w:r>
      <w:r w:rsidRPr="00A5121D">
        <w:rPr>
          <w:rFonts w:ascii="Aptos" w:hAnsi="Aptos" w:cs="Segoe UI"/>
          <w:sz w:val="24"/>
          <w:szCs w:val="24"/>
        </w:rPr>
        <w:br/>
        <w:t>• autostartconfirmation — true для авто-запуска подтверждений.</w:t>
      </w:r>
      <w:r w:rsidRPr="00A5121D">
        <w:rPr>
          <w:rFonts w:ascii="Aptos" w:hAnsi="Aptos" w:cs="Segoe UI"/>
          <w:sz w:val="24"/>
          <w:szCs w:val="24"/>
        </w:rPr>
        <w:br/>
        <w:t xml:space="preserve">• </w:t>
      </w:r>
      <w:proofErr w:type="spellStart"/>
      <w:r w:rsidRPr="00A5121D">
        <w:rPr>
          <w:rFonts w:ascii="Aptos" w:hAnsi="Aptos" w:cs="Segoe UI"/>
          <w:sz w:val="24"/>
          <w:szCs w:val="24"/>
        </w:rPr>
        <w:t>seconds_between_checking_for_confirmations</w:t>
      </w:r>
      <w:proofErr w:type="spellEnd"/>
      <w:r w:rsidRPr="00A5121D">
        <w:rPr>
          <w:rFonts w:ascii="Aptos" w:hAnsi="Aptos" w:cs="Segoe UI"/>
          <w:sz w:val="24"/>
          <w:szCs w:val="24"/>
        </w:rPr>
        <w:t xml:space="preserve"> — </w:t>
      </w:r>
      <w:proofErr w:type="spellStart"/>
      <w:r w:rsidRPr="00A5121D">
        <w:rPr>
          <w:rFonts w:ascii="Aptos" w:hAnsi="Aptos" w:cs="Segoe UI"/>
          <w:sz w:val="24"/>
          <w:szCs w:val="24"/>
        </w:rPr>
        <w:t>задержка</w:t>
      </w:r>
      <w:proofErr w:type="spellEnd"/>
      <w:r w:rsidRPr="00A5121D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A5121D">
        <w:rPr>
          <w:rFonts w:ascii="Aptos" w:hAnsi="Aptos" w:cs="Segoe UI"/>
          <w:sz w:val="24"/>
          <w:szCs w:val="24"/>
        </w:rPr>
        <w:t>между</w:t>
      </w:r>
      <w:proofErr w:type="spellEnd"/>
      <w:r w:rsidRPr="00A5121D">
        <w:rPr>
          <w:rFonts w:ascii="Aptos" w:hAnsi="Aptos" w:cs="Segoe UI"/>
          <w:sz w:val="24"/>
          <w:szCs w:val="24"/>
        </w:rPr>
        <w:t xml:space="preserve"> </w:t>
      </w:r>
      <w:proofErr w:type="spellStart"/>
      <w:r w:rsidRPr="00A5121D">
        <w:rPr>
          <w:rFonts w:ascii="Aptos" w:hAnsi="Aptos" w:cs="Segoe UI"/>
          <w:sz w:val="24"/>
          <w:szCs w:val="24"/>
        </w:rPr>
        <w:t>проверками</w:t>
      </w:r>
      <w:proofErr w:type="spellEnd"/>
      <w:r w:rsidR="00A5121D" w:rsidRPr="00A5121D">
        <w:rPr>
          <w:rFonts w:ascii="Aptos" w:hAnsi="Aptos" w:cs="Segoe UI"/>
          <w:sz w:val="24"/>
          <w:szCs w:val="24"/>
        </w:rPr>
        <w:t xml:space="preserve">, </w:t>
      </w:r>
      <w:r w:rsidR="00A5121D" w:rsidRPr="00A5121D">
        <w:rPr>
          <w:rFonts w:ascii="Aptos" w:hAnsi="Aptos" w:cs="Segoe UI"/>
          <w:sz w:val="24"/>
          <w:szCs w:val="24"/>
          <w:lang w:val="ru-RU"/>
        </w:rPr>
        <w:t>лучше</w:t>
      </w:r>
      <w:r w:rsidR="00A5121D" w:rsidRPr="00A5121D">
        <w:rPr>
          <w:rFonts w:ascii="Aptos" w:hAnsi="Aptos" w:cs="Segoe UI"/>
          <w:sz w:val="24"/>
          <w:szCs w:val="24"/>
        </w:rPr>
        <w:t xml:space="preserve"> </w:t>
      </w:r>
      <w:r w:rsidR="00A5121D" w:rsidRPr="00A5121D">
        <w:rPr>
          <w:rFonts w:ascii="Aptos" w:hAnsi="Aptos" w:cs="Segoe UI"/>
          <w:sz w:val="24"/>
          <w:szCs w:val="24"/>
          <w:lang w:val="ru-RU"/>
        </w:rPr>
        <w:t>поставить</w:t>
      </w:r>
      <w:r w:rsidR="00A5121D" w:rsidRPr="00A5121D">
        <w:rPr>
          <w:rFonts w:ascii="Aptos" w:hAnsi="Aptos" w:cs="Segoe UI"/>
          <w:sz w:val="24"/>
          <w:szCs w:val="24"/>
        </w:rPr>
        <w:t xml:space="preserve"> 60</w:t>
      </w:r>
      <w:r w:rsidRPr="00A5121D">
        <w:rPr>
          <w:rFonts w:ascii="Aptos" w:hAnsi="Aptos" w:cs="Segoe UI"/>
          <w:sz w:val="24"/>
          <w:szCs w:val="24"/>
        </w:rPr>
        <w:t>.</w:t>
      </w:r>
      <w:r w:rsidRPr="00A5121D">
        <w:rPr>
          <w:rFonts w:ascii="Aptos" w:hAnsi="Aptos" w:cs="Segoe UI"/>
          <w:sz w:val="24"/>
          <w:szCs w:val="24"/>
        </w:rPr>
        <w:br/>
        <w:t>• proxy — IPv4 HTTP</w:t>
      </w:r>
      <w:r w:rsidRPr="00A5121D">
        <w:rPr>
          <w:rFonts w:ascii="Aptos" w:hAnsi="Aptos" w:cs="Segoe UI"/>
          <w:sz w:val="24"/>
          <w:szCs w:val="24"/>
        </w:rPr>
        <w:t>(s) прокси в формате http://login:pass@ip:port.</w:t>
      </w:r>
      <w:r w:rsidRPr="00A5121D">
        <w:rPr>
          <w:rFonts w:ascii="Aptos" w:hAnsi="Aptos" w:cs="Segoe UI"/>
          <w:sz w:val="24"/>
          <w:szCs w:val="24"/>
        </w:rPr>
        <w:br/>
      </w:r>
      <w:r w:rsidRPr="00A5121D">
        <w:rPr>
          <w:rFonts w:ascii="Aptos" w:hAnsi="Aptos" w:cs="Segoe UI"/>
          <w:sz w:val="24"/>
          <w:szCs w:val="24"/>
          <w:lang w:val="ru-RU"/>
        </w:rPr>
        <w:t xml:space="preserve">• </w:t>
      </w:r>
      <w:r w:rsidRPr="00A5121D">
        <w:rPr>
          <w:rFonts w:ascii="Aptos" w:hAnsi="Aptos" w:cs="Segoe UI"/>
          <w:sz w:val="24"/>
          <w:szCs w:val="24"/>
        </w:rPr>
        <w:t>confirmations</w:t>
      </w:r>
      <w:r w:rsidRPr="00A5121D">
        <w:rPr>
          <w:rFonts w:ascii="Aptos" w:hAnsi="Aptos" w:cs="Segoe UI"/>
          <w:sz w:val="24"/>
          <w:szCs w:val="24"/>
          <w:lang w:val="ru-RU"/>
        </w:rPr>
        <w:t xml:space="preserve"> — блок типов подтверждений</w:t>
      </w:r>
      <w:r w:rsidR="00A5121D" w:rsidRPr="00A5121D">
        <w:rPr>
          <w:rFonts w:ascii="Aptos" w:hAnsi="Aptos" w:cs="Segoe UI"/>
          <w:sz w:val="24"/>
          <w:szCs w:val="24"/>
          <w:lang w:val="ru-RU"/>
        </w:rPr>
        <w:t xml:space="preserve">: </w:t>
      </w:r>
    </w:p>
    <w:p w14:paraId="5118F8D0" w14:textId="77777777" w:rsidR="00A5121D" w:rsidRPr="00A5121D" w:rsidRDefault="00A5121D" w:rsidP="00A5121D">
      <w:pPr>
        <w:spacing w:after="0"/>
        <w:rPr>
          <w:rFonts w:ascii="Aptos" w:hAnsi="Aptos" w:cs="Segoe UI"/>
          <w:sz w:val="24"/>
          <w:szCs w:val="24"/>
          <w:lang w:val="ru-RU"/>
        </w:rPr>
      </w:pPr>
      <w:r w:rsidRPr="00A5121D">
        <w:rPr>
          <w:rFonts w:ascii="Aptos" w:hAnsi="Aptos" w:cs="Segoe UI"/>
          <w:sz w:val="24"/>
          <w:szCs w:val="24"/>
        </w:rPr>
        <w:t>trade</w:t>
      </w:r>
      <w:r w:rsidRPr="00A5121D">
        <w:rPr>
          <w:rFonts w:ascii="Aptos" w:hAnsi="Aptos" w:cs="Segoe UI"/>
          <w:sz w:val="24"/>
          <w:szCs w:val="24"/>
          <w:lang w:val="ru-RU"/>
        </w:rPr>
        <w:t>_</w:t>
      </w:r>
      <w:r w:rsidRPr="00A5121D">
        <w:rPr>
          <w:rFonts w:ascii="Aptos" w:hAnsi="Aptos" w:cs="Segoe UI"/>
          <w:sz w:val="24"/>
          <w:szCs w:val="24"/>
        </w:rPr>
        <w:t>offer</w:t>
      </w:r>
      <w:r w:rsidRPr="00A5121D">
        <w:rPr>
          <w:rFonts w:ascii="Aptos" w:hAnsi="Aptos" w:cs="Segoe UI"/>
          <w:sz w:val="24"/>
          <w:szCs w:val="24"/>
          <w:lang w:val="ru-RU"/>
        </w:rPr>
        <w:t xml:space="preserve"> – подтверждать обмены</w:t>
      </w:r>
    </w:p>
    <w:p w14:paraId="133FF32B" w14:textId="77777777" w:rsidR="00A5121D" w:rsidRPr="00A5121D" w:rsidRDefault="00A5121D" w:rsidP="00A5121D">
      <w:pPr>
        <w:spacing w:after="0"/>
        <w:rPr>
          <w:rFonts w:ascii="Aptos" w:hAnsi="Aptos" w:cs="Segoe UI"/>
          <w:sz w:val="24"/>
          <w:szCs w:val="24"/>
          <w:lang w:val="ru-RU"/>
        </w:rPr>
      </w:pPr>
      <w:r w:rsidRPr="00A5121D">
        <w:rPr>
          <w:rFonts w:ascii="Aptos" w:hAnsi="Aptos" w:cs="Segoe UI"/>
          <w:sz w:val="24"/>
          <w:szCs w:val="24"/>
        </w:rPr>
        <w:t>market</w:t>
      </w:r>
      <w:r w:rsidRPr="00A5121D">
        <w:rPr>
          <w:rFonts w:ascii="Aptos" w:hAnsi="Aptos" w:cs="Segoe UI"/>
          <w:sz w:val="24"/>
          <w:szCs w:val="24"/>
          <w:lang w:val="ru-RU"/>
        </w:rPr>
        <w:t>_</w:t>
      </w:r>
      <w:r w:rsidRPr="00A5121D">
        <w:rPr>
          <w:rFonts w:ascii="Aptos" w:hAnsi="Aptos" w:cs="Segoe UI"/>
          <w:sz w:val="24"/>
          <w:szCs w:val="24"/>
        </w:rPr>
        <w:t>sell</w:t>
      </w:r>
      <w:r w:rsidRPr="00A5121D">
        <w:rPr>
          <w:rFonts w:ascii="Aptos" w:hAnsi="Aptos" w:cs="Segoe UI"/>
          <w:sz w:val="24"/>
          <w:szCs w:val="24"/>
          <w:lang w:val="ru-RU"/>
        </w:rPr>
        <w:t xml:space="preserve"> – подтверждать продажу</w:t>
      </w:r>
    </w:p>
    <w:p w14:paraId="795DE7A3" w14:textId="77777777" w:rsidR="00A5121D" w:rsidRPr="00A5121D" w:rsidRDefault="00A5121D" w:rsidP="00A5121D">
      <w:pPr>
        <w:spacing w:after="0"/>
        <w:rPr>
          <w:rFonts w:ascii="Aptos" w:hAnsi="Aptos" w:cs="Segoe UI"/>
          <w:sz w:val="24"/>
          <w:szCs w:val="24"/>
          <w:lang w:val="ru-RU"/>
        </w:rPr>
      </w:pPr>
      <w:r w:rsidRPr="00A5121D">
        <w:rPr>
          <w:rFonts w:ascii="Aptos" w:hAnsi="Aptos" w:cs="Segoe UI"/>
          <w:sz w:val="24"/>
          <w:szCs w:val="24"/>
        </w:rPr>
        <w:t>market</w:t>
      </w:r>
      <w:r w:rsidRPr="00A5121D">
        <w:rPr>
          <w:rFonts w:ascii="Aptos" w:hAnsi="Aptos" w:cs="Segoe UI"/>
          <w:sz w:val="24"/>
          <w:szCs w:val="24"/>
          <w:lang w:val="ru-RU"/>
        </w:rPr>
        <w:t>_</w:t>
      </w:r>
      <w:r w:rsidRPr="00A5121D">
        <w:rPr>
          <w:rFonts w:ascii="Aptos" w:hAnsi="Aptos" w:cs="Segoe UI"/>
          <w:sz w:val="24"/>
          <w:szCs w:val="24"/>
        </w:rPr>
        <w:t>buy</w:t>
      </w:r>
      <w:r w:rsidRPr="00A5121D">
        <w:rPr>
          <w:rFonts w:ascii="Aptos" w:hAnsi="Aptos" w:cs="Segoe UI"/>
          <w:sz w:val="24"/>
          <w:szCs w:val="24"/>
          <w:lang w:val="ru-RU"/>
        </w:rPr>
        <w:t xml:space="preserve"> – подтверждать покупки и заказы</w:t>
      </w:r>
    </w:p>
    <w:p w14:paraId="2CA39A2A" w14:textId="2AA0E42A" w:rsidR="00A5121D" w:rsidRPr="00A5121D" w:rsidRDefault="00A5121D" w:rsidP="00A5121D">
      <w:pPr>
        <w:spacing w:line="240" w:lineRule="auto"/>
        <w:rPr>
          <w:rFonts w:ascii="Aptos" w:hAnsi="Aptos" w:cs="Segoe UI"/>
          <w:i/>
          <w:iCs/>
          <w:sz w:val="24"/>
          <w:szCs w:val="24"/>
          <w:lang w:val="ru-RU"/>
        </w:rPr>
      </w:pPr>
      <w:r w:rsidRPr="00A5121D">
        <w:rPr>
          <w:rFonts w:ascii="Aptos" w:hAnsi="Aptos" w:cs="Segoe UI"/>
          <w:sz w:val="24"/>
          <w:szCs w:val="24"/>
          <w:lang w:val="ru-RU"/>
        </w:rPr>
        <w:br/>
      </w:r>
      <w:r w:rsidRPr="00A5121D">
        <w:rPr>
          <w:rFonts w:ascii="Aptos" w:hAnsi="Aptos" w:cs="Segoe UI"/>
          <w:i/>
          <w:iCs/>
          <w:sz w:val="24"/>
          <w:szCs w:val="24"/>
        </w:rPr>
        <w:t>true</w:t>
      </w:r>
      <w:r w:rsidRPr="00A5121D">
        <w:rPr>
          <w:rFonts w:ascii="Aptos" w:hAnsi="Aptos" w:cs="Segoe UI"/>
          <w:i/>
          <w:iCs/>
          <w:sz w:val="24"/>
          <w:szCs w:val="24"/>
          <w:lang w:val="ru-RU"/>
        </w:rPr>
        <w:t xml:space="preserve"> – активировать </w:t>
      </w:r>
      <w:proofErr w:type="spellStart"/>
      <w:r w:rsidRPr="00A5121D">
        <w:rPr>
          <w:rFonts w:ascii="Aptos" w:hAnsi="Aptos" w:cs="Segoe UI"/>
          <w:i/>
          <w:iCs/>
          <w:sz w:val="24"/>
          <w:szCs w:val="24"/>
          <w:lang w:val="ru-RU"/>
        </w:rPr>
        <w:t>автоподтверждение</w:t>
      </w:r>
      <w:proofErr w:type="spellEnd"/>
      <w:r w:rsidRPr="00A5121D">
        <w:rPr>
          <w:rFonts w:ascii="Aptos" w:hAnsi="Aptos" w:cs="Segoe UI"/>
          <w:i/>
          <w:iCs/>
          <w:sz w:val="24"/>
          <w:szCs w:val="24"/>
          <w:lang w:val="ru-RU"/>
        </w:rPr>
        <w:t xml:space="preserve"> для данного типа подтверждений</w:t>
      </w:r>
    </w:p>
    <w:p w14:paraId="664C5343" w14:textId="04BEF402" w:rsidR="00FA6C6E" w:rsidRPr="00A5121D" w:rsidRDefault="00A5121D" w:rsidP="00A5121D">
      <w:pPr>
        <w:spacing w:line="240" w:lineRule="auto"/>
        <w:rPr>
          <w:rFonts w:ascii="Aptos" w:hAnsi="Aptos" w:cs="Segoe UI"/>
          <w:sz w:val="24"/>
          <w:szCs w:val="24"/>
          <w:lang w:val="ru-RU"/>
        </w:rPr>
      </w:pPr>
      <w:r w:rsidRPr="00A5121D">
        <w:rPr>
          <w:rFonts w:ascii="Aptos" w:hAnsi="Aptos" w:cs="Segoe UI"/>
          <w:i/>
          <w:iCs/>
          <w:sz w:val="24"/>
          <w:szCs w:val="24"/>
        </w:rPr>
        <w:t>false</w:t>
      </w:r>
      <w:r w:rsidRPr="00A5121D">
        <w:rPr>
          <w:rFonts w:ascii="Aptos" w:hAnsi="Aptos" w:cs="Segoe UI"/>
          <w:i/>
          <w:iCs/>
          <w:sz w:val="24"/>
          <w:szCs w:val="24"/>
          <w:lang w:val="ru-RU"/>
        </w:rPr>
        <w:t xml:space="preserve"> – деактивировать.</w:t>
      </w:r>
      <w:r w:rsidRPr="00A5121D">
        <w:rPr>
          <w:rFonts w:ascii="Aptos" w:hAnsi="Aptos" w:cs="Segoe UI"/>
          <w:sz w:val="24"/>
          <w:szCs w:val="24"/>
          <w:lang w:val="ru-RU"/>
        </w:rPr>
        <w:t xml:space="preserve"> </w:t>
      </w:r>
    </w:p>
    <w:p w14:paraId="19231FB6" w14:textId="77777777" w:rsidR="00FA6C6E" w:rsidRPr="00490A7F" w:rsidRDefault="007C3F45">
      <w:pPr>
        <w:pStyle w:val="1"/>
        <w:rPr>
          <w:rFonts w:ascii="Aptos" w:hAnsi="Aptos" w:cs="Segoe UI"/>
          <w:sz w:val="32"/>
          <w:szCs w:val="32"/>
          <w:lang w:val="ru-RU"/>
        </w:rPr>
      </w:pPr>
      <w:r w:rsidRPr="00490A7F">
        <w:rPr>
          <w:rFonts w:ascii="Aptos" w:hAnsi="Aptos" w:cs="Segoe UI"/>
          <w:sz w:val="32"/>
          <w:szCs w:val="32"/>
          <w:lang w:val="ru-RU"/>
        </w:rPr>
        <w:t>Раздел 4: Настройка мульти-</w:t>
      </w:r>
      <w:proofErr w:type="spellStart"/>
      <w:r w:rsidRPr="00490A7F">
        <w:rPr>
          <w:rFonts w:ascii="Aptos" w:hAnsi="Aptos" w:cs="Segoe UI"/>
          <w:sz w:val="32"/>
          <w:szCs w:val="32"/>
          <w:lang w:val="ru-RU"/>
        </w:rPr>
        <w:t>аккаунтинга</w:t>
      </w:r>
      <w:proofErr w:type="spellEnd"/>
    </w:p>
    <w:p w14:paraId="55AD0B8D" w14:textId="0189919C" w:rsidR="00F57678" w:rsidRDefault="007C3F45">
      <w:pPr>
        <w:rPr>
          <w:rFonts w:asciiTheme="minorHAnsi" w:hAnsiTheme="minorHAnsi" w:cs="Segoe UI"/>
          <w:sz w:val="24"/>
          <w:szCs w:val="24"/>
          <w:lang w:val="ru-RU"/>
        </w:rPr>
      </w:pPr>
      <w:r w:rsidRPr="00490A7F">
        <w:rPr>
          <w:rFonts w:ascii="Aptos" w:hAnsi="Aptos" w:cs="Segoe UI"/>
          <w:sz w:val="24"/>
          <w:szCs w:val="24"/>
          <w:lang w:val="ru-RU"/>
        </w:rPr>
        <w:t>Можно добавить неограниченное количество аккаунтов.</w:t>
      </w:r>
    </w:p>
    <w:p w14:paraId="377C1C72" w14:textId="77777777" w:rsidR="00A5121D" w:rsidRDefault="00F57678">
      <w:pPr>
        <w:rPr>
          <w:rFonts w:asciiTheme="minorHAnsi" w:hAnsiTheme="minorHAnsi" w:cs="Segoe UI"/>
          <w:sz w:val="24"/>
          <w:szCs w:val="24"/>
          <w:lang w:val="ru-RU"/>
        </w:rPr>
      </w:pPr>
      <w:r w:rsidRPr="00490A7F">
        <w:rPr>
          <w:rFonts w:ascii="Aptos" w:hAnsi="Aptos" w:cs="Segoe UI"/>
          <w:sz w:val="24"/>
          <w:szCs w:val="24"/>
          <w:lang w:val="ru-RU"/>
        </w:rPr>
        <w:t xml:space="preserve">Основной принцип работы </w:t>
      </w:r>
      <w:proofErr w:type="spellStart"/>
      <w:r w:rsidRPr="00490A7F">
        <w:rPr>
          <w:rFonts w:ascii="Aptos" w:hAnsi="Aptos" w:cs="Segoe UI"/>
          <w:sz w:val="24"/>
          <w:szCs w:val="24"/>
          <w:lang w:val="ru-RU"/>
        </w:rPr>
        <w:t>мультиаккаунтинга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 xml:space="preserve"> </w:t>
      </w:r>
      <w:r w:rsidRPr="00490A7F">
        <w:rPr>
          <w:rFonts w:ascii="Aptos" w:hAnsi="Aptos" w:cs="Segoe UI"/>
          <w:sz w:val="24"/>
          <w:szCs w:val="24"/>
        </w:rPr>
        <w:t>STE</w:t>
      </w:r>
      <w:r w:rsidRPr="00490A7F">
        <w:rPr>
          <w:rFonts w:ascii="Aptos" w:hAnsi="Aptos" w:cs="Segoe UI"/>
          <w:sz w:val="24"/>
          <w:szCs w:val="24"/>
          <w:lang w:val="ru-RU"/>
        </w:rPr>
        <w:t>_</w:t>
      </w:r>
      <w:r w:rsidRPr="00490A7F">
        <w:rPr>
          <w:rFonts w:ascii="Aptos" w:hAnsi="Aptos" w:cs="Segoe UI"/>
          <w:sz w:val="24"/>
          <w:szCs w:val="24"/>
        </w:rPr>
        <w:t>SDA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: один аккаунт = одна пара </w:t>
      </w:r>
      <w:proofErr w:type="gramStart"/>
      <w:r w:rsidRPr="00490A7F">
        <w:rPr>
          <w:rFonts w:ascii="Aptos" w:hAnsi="Aptos" w:cs="Segoe UI"/>
          <w:sz w:val="24"/>
          <w:szCs w:val="24"/>
          <w:lang w:val="ru-RU"/>
        </w:rPr>
        <w:t>файлов .</w:t>
      </w:r>
      <w:proofErr w:type="spellStart"/>
      <w:r w:rsidRPr="00490A7F">
        <w:rPr>
          <w:rFonts w:ascii="Aptos" w:hAnsi="Aptos" w:cs="Segoe UI"/>
          <w:sz w:val="24"/>
          <w:szCs w:val="24"/>
        </w:rPr>
        <w:t>maFile</w:t>
      </w:r>
      <w:proofErr w:type="spellEnd"/>
      <w:proofErr w:type="gramEnd"/>
      <w:r w:rsidRPr="00490A7F">
        <w:rPr>
          <w:rFonts w:ascii="Aptos" w:hAnsi="Aptos" w:cs="Segoe UI"/>
          <w:sz w:val="24"/>
          <w:szCs w:val="24"/>
          <w:lang w:val="ru-RU"/>
        </w:rPr>
        <w:t xml:space="preserve"> и .</w:t>
      </w:r>
      <w:r w:rsidRPr="00490A7F">
        <w:rPr>
          <w:rFonts w:ascii="Aptos" w:hAnsi="Aptos" w:cs="Segoe UI"/>
          <w:sz w:val="24"/>
          <w:szCs w:val="24"/>
        </w:rPr>
        <w:t>json</w:t>
      </w:r>
      <w:r w:rsidRPr="0021596B">
        <w:rPr>
          <w:rFonts w:ascii="Aptos" w:hAnsi="Aptos" w:cs="Segoe UI"/>
          <w:sz w:val="24"/>
          <w:szCs w:val="24"/>
          <w:lang w:val="ru-RU"/>
        </w:rPr>
        <w:t xml:space="preserve"> 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в папке </w:t>
      </w:r>
      <w:proofErr w:type="spellStart"/>
      <w:r w:rsidRPr="00490A7F">
        <w:rPr>
          <w:rFonts w:ascii="Aptos" w:hAnsi="Aptos" w:cs="Segoe UI"/>
          <w:sz w:val="24"/>
          <w:szCs w:val="24"/>
        </w:rPr>
        <w:t>maFiles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.</w:t>
      </w:r>
    </w:p>
    <w:p w14:paraId="34813849" w14:textId="611392A4" w:rsidR="00A5121D" w:rsidRPr="007C3F45" w:rsidRDefault="007C3F45" w:rsidP="00A5121D">
      <w:pPr>
        <w:spacing w:after="0"/>
        <w:rPr>
          <w:rFonts w:ascii="Aptos" w:hAnsi="Aptos" w:cs="Segoe UI"/>
          <w:sz w:val="24"/>
          <w:szCs w:val="24"/>
          <w:lang w:val="ru-RU"/>
        </w:rPr>
      </w:pPr>
      <w:r w:rsidRPr="00490A7F">
        <w:rPr>
          <w:rFonts w:ascii="Aptos" w:hAnsi="Aptos" w:cs="Segoe UI"/>
          <w:sz w:val="24"/>
          <w:szCs w:val="24"/>
          <w:lang w:val="ru-RU"/>
        </w:rPr>
        <w:lastRenderedPageBreak/>
        <w:br/>
        <w:t xml:space="preserve">1. </w:t>
      </w:r>
      <w:proofErr w:type="gramStart"/>
      <w:r w:rsidRPr="00490A7F">
        <w:rPr>
          <w:rFonts w:ascii="Aptos" w:hAnsi="Aptos" w:cs="Segoe UI"/>
          <w:sz w:val="24"/>
          <w:szCs w:val="24"/>
          <w:lang w:val="ru-RU"/>
        </w:rPr>
        <w:t>Получите .</w:t>
      </w:r>
      <w:proofErr w:type="spellStart"/>
      <w:r w:rsidRPr="00490A7F">
        <w:rPr>
          <w:rFonts w:ascii="Aptos" w:hAnsi="Aptos" w:cs="Segoe UI"/>
          <w:sz w:val="24"/>
          <w:szCs w:val="24"/>
        </w:rPr>
        <w:t>maFile</w:t>
      </w:r>
      <w:proofErr w:type="spellEnd"/>
      <w:proofErr w:type="gramEnd"/>
      <w:r w:rsidRPr="00490A7F">
        <w:rPr>
          <w:rFonts w:ascii="Aptos" w:hAnsi="Aptos" w:cs="Segoe UI"/>
          <w:sz w:val="24"/>
          <w:szCs w:val="24"/>
          <w:lang w:val="ru-RU"/>
        </w:rPr>
        <w:t xml:space="preserve"> и </w:t>
      </w:r>
      <w:proofErr w:type="spellStart"/>
      <w:r w:rsidRPr="00490A7F">
        <w:rPr>
          <w:rFonts w:ascii="Aptos" w:hAnsi="Aptos" w:cs="Segoe UI"/>
          <w:sz w:val="24"/>
          <w:szCs w:val="24"/>
        </w:rPr>
        <w:t>SteamID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 xml:space="preserve"> нового аккаунта.</w:t>
      </w:r>
      <w:r w:rsidRPr="00490A7F">
        <w:rPr>
          <w:rFonts w:ascii="Aptos" w:hAnsi="Aptos" w:cs="Segoe UI"/>
          <w:sz w:val="24"/>
          <w:szCs w:val="24"/>
          <w:lang w:val="ru-RU"/>
        </w:rPr>
        <w:br/>
        <w:t>2. Поместите .</w:t>
      </w:r>
      <w:proofErr w:type="spellStart"/>
      <w:r w:rsidRPr="00490A7F">
        <w:rPr>
          <w:rFonts w:ascii="Aptos" w:hAnsi="Aptos" w:cs="Segoe UI"/>
          <w:sz w:val="24"/>
          <w:szCs w:val="24"/>
        </w:rPr>
        <w:t>maFile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 xml:space="preserve"> в па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пку </w:t>
      </w:r>
      <w:proofErr w:type="spellStart"/>
      <w:r w:rsidRPr="00490A7F">
        <w:rPr>
          <w:rFonts w:ascii="Aptos" w:hAnsi="Aptos" w:cs="Segoe UI"/>
          <w:sz w:val="24"/>
          <w:szCs w:val="24"/>
        </w:rPr>
        <w:t>maFiles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 xml:space="preserve"> и переименуйте в [</w:t>
      </w:r>
      <w:proofErr w:type="spellStart"/>
      <w:r w:rsidRPr="00490A7F">
        <w:rPr>
          <w:rFonts w:ascii="Aptos" w:hAnsi="Aptos" w:cs="Segoe UI"/>
          <w:sz w:val="24"/>
          <w:szCs w:val="24"/>
        </w:rPr>
        <w:t>SteamID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].</w:t>
      </w:r>
      <w:proofErr w:type="spellStart"/>
      <w:r w:rsidRPr="00490A7F">
        <w:rPr>
          <w:rFonts w:ascii="Aptos" w:hAnsi="Aptos" w:cs="Segoe UI"/>
          <w:sz w:val="24"/>
          <w:szCs w:val="24"/>
        </w:rPr>
        <w:t>maFile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.</w:t>
      </w:r>
      <w:r w:rsidRPr="00490A7F">
        <w:rPr>
          <w:rFonts w:ascii="Aptos" w:hAnsi="Aptos" w:cs="Segoe UI"/>
          <w:sz w:val="24"/>
          <w:szCs w:val="24"/>
          <w:lang w:val="ru-RU"/>
        </w:rPr>
        <w:br/>
        <w:t>3. Создайте копию .</w:t>
      </w:r>
      <w:r w:rsidRPr="00490A7F">
        <w:rPr>
          <w:rFonts w:ascii="Aptos" w:hAnsi="Aptos" w:cs="Segoe UI"/>
          <w:sz w:val="24"/>
          <w:szCs w:val="24"/>
        </w:rPr>
        <w:t>json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файла, переименуйте в [</w:t>
      </w:r>
      <w:proofErr w:type="spellStart"/>
      <w:r w:rsidRPr="00490A7F">
        <w:rPr>
          <w:rFonts w:ascii="Aptos" w:hAnsi="Aptos" w:cs="Segoe UI"/>
          <w:sz w:val="24"/>
          <w:szCs w:val="24"/>
        </w:rPr>
        <w:t>SteamID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t>].</w:t>
      </w:r>
      <w:r w:rsidRPr="00490A7F">
        <w:rPr>
          <w:rFonts w:ascii="Aptos" w:hAnsi="Aptos" w:cs="Segoe UI"/>
          <w:sz w:val="24"/>
          <w:szCs w:val="24"/>
        </w:rPr>
        <w:t>json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и заполните данные.</w:t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br/>
        <w:t>Пример структуры папок:</w:t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21596B">
        <w:rPr>
          <w:rStyle w:val="VerbatimChar"/>
          <w:rFonts w:cs="Segoe UI"/>
          <w:lang w:val="ru-RU"/>
        </w:rPr>
        <w:t>|</w:t>
      </w:r>
      <w:r>
        <w:rPr>
          <w:rStyle w:val="VerbatimChar"/>
          <w:rFonts w:cs="Segoe UI"/>
          <w:lang w:val="ru-RU"/>
        </w:rPr>
        <w:t xml:space="preserve"> </w:t>
      </w:r>
      <w:proofErr w:type="spellStart"/>
      <w:r w:rsidRPr="00490A7F">
        <w:rPr>
          <w:rFonts w:ascii="Aptos" w:hAnsi="Aptos" w:cs="Segoe UI"/>
          <w:sz w:val="24"/>
          <w:szCs w:val="24"/>
        </w:rPr>
        <w:t>maFiles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21596B">
        <w:rPr>
          <w:rStyle w:val="VerbatimChar"/>
          <w:rFonts w:cs="Segoe UI"/>
          <w:lang w:val="ru-RU"/>
        </w:rPr>
        <w:t xml:space="preserve">|   </w:t>
      </w:r>
      <w:r w:rsidRPr="0021596B">
        <w:rPr>
          <w:rStyle w:val="VerbatimChar"/>
          <w:rFonts w:cs="Arial"/>
          <w:lang w:val="ru-RU"/>
        </w:rPr>
        <w:t>└─</w:t>
      </w:r>
      <w:r w:rsidRPr="0021596B">
        <w:rPr>
          <w:rStyle w:val="VerbatimChar"/>
          <w:rFonts w:cs="Segoe UI"/>
          <w:lang w:val="ru-RU"/>
        </w:rPr>
        <w:t xml:space="preserve"> </w:t>
      </w:r>
      <w:r w:rsidRPr="00490A7F">
        <w:rPr>
          <w:rFonts w:ascii="Aptos" w:hAnsi="Aptos" w:cs="Segoe UI"/>
          <w:sz w:val="24"/>
          <w:szCs w:val="24"/>
          <w:lang w:val="ru-RU"/>
        </w:rPr>
        <w:t>76561198000000001.</w:t>
      </w:r>
      <w:proofErr w:type="spellStart"/>
      <w:r w:rsidRPr="00490A7F">
        <w:rPr>
          <w:rFonts w:ascii="Aptos" w:hAnsi="Aptos" w:cs="Segoe UI"/>
          <w:sz w:val="24"/>
          <w:szCs w:val="24"/>
        </w:rPr>
        <w:t>maFile</w:t>
      </w:r>
      <w:proofErr w:type="spellEnd"/>
    </w:p>
    <w:p w14:paraId="0BE73ED3" w14:textId="06DC353A" w:rsidR="00A5121D" w:rsidRPr="00A5121D" w:rsidRDefault="007C3F45" w:rsidP="00A5121D">
      <w:pPr>
        <w:spacing w:after="0"/>
        <w:rPr>
          <w:rFonts w:ascii="Aptos" w:hAnsi="Aptos" w:cs="Segoe UI"/>
          <w:sz w:val="24"/>
          <w:szCs w:val="24"/>
          <w:lang w:val="ru-RU"/>
        </w:rPr>
      </w:pPr>
      <w:r w:rsidRPr="0021596B">
        <w:rPr>
          <w:rStyle w:val="VerbatimChar"/>
          <w:rFonts w:cs="Segoe UI"/>
          <w:lang w:val="ru-RU"/>
        </w:rPr>
        <w:t xml:space="preserve">|   </w:t>
      </w:r>
      <w:r w:rsidRPr="0021596B">
        <w:rPr>
          <w:rStyle w:val="VerbatimChar"/>
          <w:rFonts w:cs="Arial"/>
          <w:lang w:val="ru-RU"/>
        </w:rPr>
        <w:t>└─</w:t>
      </w:r>
      <w:r w:rsidRPr="0021596B">
        <w:rPr>
          <w:rStyle w:val="VerbatimChar"/>
          <w:rFonts w:cs="Segoe UI"/>
          <w:lang w:val="ru-RU"/>
        </w:rPr>
        <w:t xml:space="preserve"> </w:t>
      </w:r>
      <w:r w:rsidR="00A5121D" w:rsidRPr="00490A7F">
        <w:rPr>
          <w:rFonts w:ascii="Aptos" w:hAnsi="Aptos" w:cs="Segoe UI"/>
          <w:sz w:val="24"/>
          <w:szCs w:val="24"/>
          <w:lang w:val="ru-RU"/>
        </w:rPr>
        <w:t>76561198000000001.</w:t>
      </w:r>
      <w:r w:rsidR="00A5121D" w:rsidRPr="00490A7F">
        <w:rPr>
          <w:rFonts w:ascii="Aptos" w:hAnsi="Aptos" w:cs="Segoe UI"/>
          <w:sz w:val="24"/>
          <w:szCs w:val="24"/>
        </w:rPr>
        <w:t>json</w:t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21596B">
        <w:rPr>
          <w:rStyle w:val="VerbatimChar"/>
          <w:rFonts w:cs="Segoe UI"/>
          <w:lang w:val="ru-RU"/>
        </w:rPr>
        <w:t xml:space="preserve">|   </w:t>
      </w:r>
      <w:r w:rsidRPr="0021596B">
        <w:rPr>
          <w:rStyle w:val="VerbatimChar"/>
          <w:rFonts w:cs="Arial"/>
          <w:lang w:val="ru-RU"/>
        </w:rPr>
        <w:t>└─</w:t>
      </w:r>
      <w:r w:rsidRPr="0021596B">
        <w:rPr>
          <w:rStyle w:val="VerbatimChar"/>
          <w:rFonts w:cs="Segoe UI"/>
          <w:lang w:val="ru-RU"/>
        </w:rPr>
        <w:t xml:space="preserve"> </w:t>
      </w:r>
      <w:r w:rsidRPr="00490A7F">
        <w:rPr>
          <w:rFonts w:ascii="Aptos" w:hAnsi="Aptos" w:cs="Segoe UI"/>
          <w:sz w:val="24"/>
          <w:szCs w:val="24"/>
          <w:lang w:val="ru-RU"/>
        </w:rPr>
        <w:t>76561198000000002.</w:t>
      </w:r>
      <w:proofErr w:type="spellStart"/>
      <w:r w:rsidRPr="00490A7F">
        <w:rPr>
          <w:rFonts w:ascii="Aptos" w:hAnsi="Aptos" w:cs="Segoe UI"/>
          <w:sz w:val="24"/>
          <w:szCs w:val="24"/>
        </w:rPr>
        <w:t>maFile</w:t>
      </w:r>
      <w:proofErr w:type="spellEnd"/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21596B">
        <w:rPr>
          <w:rStyle w:val="VerbatimChar"/>
          <w:rFonts w:cs="Segoe UI"/>
          <w:lang w:val="ru-RU"/>
        </w:rPr>
        <w:t xml:space="preserve">|   </w:t>
      </w:r>
      <w:r w:rsidRPr="0021596B">
        <w:rPr>
          <w:rStyle w:val="VerbatimChar"/>
          <w:rFonts w:cs="Arial"/>
          <w:lang w:val="ru-RU"/>
        </w:rPr>
        <w:t>└─</w:t>
      </w:r>
      <w:r w:rsidRPr="0021596B">
        <w:rPr>
          <w:rStyle w:val="VerbatimChar"/>
          <w:rFonts w:cs="Segoe UI"/>
          <w:lang w:val="ru-RU"/>
        </w:rPr>
        <w:t xml:space="preserve"> </w:t>
      </w:r>
      <w:r w:rsidRPr="00490A7F">
        <w:rPr>
          <w:rFonts w:ascii="Aptos" w:hAnsi="Aptos" w:cs="Segoe UI"/>
          <w:sz w:val="24"/>
          <w:szCs w:val="24"/>
          <w:lang w:val="ru-RU"/>
        </w:rPr>
        <w:t>76561198000000002.</w:t>
      </w:r>
      <w:r w:rsidRPr="00490A7F">
        <w:rPr>
          <w:rFonts w:ascii="Aptos" w:hAnsi="Aptos" w:cs="Segoe UI"/>
          <w:sz w:val="24"/>
          <w:szCs w:val="24"/>
        </w:rPr>
        <w:t>json</w:t>
      </w:r>
    </w:p>
    <w:p w14:paraId="738451F2" w14:textId="675E7C23" w:rsidR="00FA6C6E" w:rsidRPr="00F57678" w:rsidRDefault="00A5121D" w:rsidP="00A5121D">
      <w:pPr>
        <w:spacing w:after="0"/>
        <w:rPr>
          <w:rFonts w:asciiTheme="minorHAnsi" w:hAnsiTheme="minorHAnsi" w:cs="Segoe UI"/>
          <w:sz w:val="24"/>
          <w:szCs w:val="24"/>
          <w:lang w:val="ru-RU"/>
        </w:rPr>
      </w:pPr>
      <w:r w:rsidRPr="00490A7F">
        <w:rPr>
          <w:rFonts w:ascii="Aptos" w:hAnsi="Aptos" w:cs="Segoe UI"/>
          <w:sz w:val="24"/>
          <w:szCs w:val="24"/>
          <w:lang w:val="ru-RU"/>
        </w:rPr>
        <w:t>|</w:t>
      </w:r>
      <w:r w:rsidR="007C3F45">
        <w:rPr>
          <w:rFonts w:asciiTheme="minorHAnsi" w:hAnsiTheme="minorHAnsi" w:cs="Segoe UI"/>
          <w:sz w:val="24"/>
          <w:szCs w:val="24"/>
          <w:lang w:val="ru-RU"/>
        </w:rPr>
        <w:t xml:space="preserve"> </w:t>
      </w:r>
      <w:r w:rsidRPr="00490A7F">
        <w:rPr>
          <w:rFonts w:ascii="Aptos" w:hAnsi="Aptos" w:cs="Segoe UI"/>
          <w:sz w:val="24"/>
          <w:szCs w:val="24"/>
        </w:rPr>
        <w:t>logs</w:t>
      </w:r>
      <w:r w:rsidR="007C3F45" w:rsidRPr="00490A7F">
        <w:rPr>
          <w:rFonts w:ascii="Aptos" w:hAnsi="Aptos" w:cs="Segoe UI"/>
          <w:sz w:val="24"/>
          <w:szCs w:val="24"/>
          <w:lang w:val="ru-RU"/>
        </w:rPr>
        <w:br/>
        <w:t>|</w:t>
      </w:r>
      <w:r w:rsidR="007C3F45">
        <w:rPr>
          <w:rFonts w:asciiTheme="minorHAnsi" w:hAnsiTheme="minorHAnsi" w:cs="Segoe UI"/>
          <w:sz w:val="24"/>
          <w:szCs w:val="24"/>
          <w:lang w:val="ru-RU"/>
        </w:rPr>
        <w:t xml:space="preserve"> </w:t>
      </w:r>
      <w:r w:rsidR="007C3F45" w:rsidRPr="00490A7F">
        <w:rPr>
          <w:rFonts w:ascii="Aptos" w:hAnsi="Aptos" w:cs="Segoe UI"/>
          <w:sz w:val="24"/>
          <w:szCs w:val="24"/>
        </w:rPr>
        <w:t>start</w:t>
      </w:r>
      <w:r w:rsidR="007C3F45" w:rsidRPr="00490A7F">
        <w:rPr>
          <w:rFonts w:ascii="Aptos" w:hAnsi="Aptos" w:cs="Segoe UI"/>
          <w:sz w:val="24"/>
          <w:szCs w:val="24"/>
          <w:lang w:val="ru-RU"/>
        </w:rPr>
        <w:t>.</w:t>
      </w:r>
      <w:r w:rsidR="007C3F45" w:rsidRPr="00490A7F">
        <w:rPr>
          <w:rFonts w:ascii="Aptos" w:hAnsi="Aptos" w:cs="Segoe UI"/>
          <w:sz w:val="24"/>
          <w:szCs w:val="24"/>
        </w:rPr>
        <w:t>exe</w:t>
      </w:r>
    </w:p>
    <w:p w14:paraId="3648A009" w14:textId="77777777" w:rsidR="00FA6C6E" w:rsidRPr="00490A7F" w:rsidRDefault="007C3F45">
      <w:pPr>
        <w:pStyle w:val="1"/>
        <w:rPr>
          <w:rFonts w:ascii="Aptos" w:hAnsi="Aptos" w:cs="Segoe UI"/>
          <w:sz w:val="32"/>
          <w:szCs w:val="32"/>
          <w:lang w:val="ru-RU"/>
        </w:rPr>
      </w:pPr>
      <w:r w:rsidRPr="00490A7F">
        <w:rPr>
          <w:rFonts w:ascii="Aptos" w:hAnsi="Aptos" w:cs="Segoe UI"/>
          <w:sz w:val="32"/>
          <w:szCs w:val="32"/>
          <w:lang w:val="ru-RU"/>
        </w:rPr>
        <w:t>Раздел 5: Запуск</w:t>
      </w:r>
    </w:p>
    <w:p w14:paraId="1B303B22" w14:textId="77777777" w:rsidR="00FA6C6E" w:rsidRPr="00490A7F" w:rsidRDefault="007C3F45">
      <w:pPr>
        <w:rPr>
          <w:rFonts w:ascii="Aptos" w:hAnsi="Aptos" w:cs="Segoe UI"/>
          <w:sz w:val="24"/>
          <w:szCs w:val="24"/>
          <w:lang w:val="ru-RU"/>
        </w:rPr>
      </w:pPr>
      <w:r w:rsidRPr="00490A7F">
        <w:rPr>
          <w:rFonts w:ascii="Aptos" w:hAnsi="Aptos" w:cs="Segoe UI"/>
          <w:sz w:val="24"/>
          <w:szCs w:val="24"/>
          <w:lang w:val="ru-RU"/>
        </w:rPr>
        <w:t xml:space="preserve">Запустите файл </w:t>
      </w:r>
      <w:r w:rsidRPr="00490A7F">
        <w:rPr>
          <w:rFonts w:ascii="Aptos" w:hAnsi="Aptos" w:cs="Segoe UI"/>
          <w:sz w:val="24"/>
          <w:szCs w:val="24"/>
        </w:rPr>
        <w:t>start</w:t>
      </w:r>
      <w:r w:rsidRPr="00490A7F">
        <w:rPr>
          <w:rFonts w:ascii="Aptos" w:hAnsi="Aptos" w:cs="Segoe UI"/>
          <w:sz w:val="24"/>
          <w:szCs w:val="24"/>
          <w:lang w:val="ru-RU"/>
        </w:rPr>
        <w:t>.</w:t>
      </w:r>
      <w:r w:rsidRPr="00490A7F">
        <w:rPr>
          <w:rFonts w:ascii="Aptos" w:hAnsi="Aptos" w:cs="Segoe UI"/>
          <w:sz w:val="24"/>
          <w:szCs w:val="24"/>
        </w:rPr>
        <w:t>exe</w:t>
      </w:r>
      <w:r w:rsidRPr="00490A7F">
        <w:rPr>
          <w:rFonts w:ascii="Aptos" w:hAnsi="Aptos" w:cs="Segoe UI"/>
          <w:sz w:val="24"/>
          <w:szCs w:val="24"/>
          <w:lang w:val="ru-RU"/>
        </w:rPr>
        <w:t>. Если все настроено верно, появятся строки:</w:t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br/>
        <w:t>Запускаю авто-подтверждение для пользователя [Ваше имя]</w:t>
      </w:r>
      <w:r w:rsidRPr="00490A7F">
        <w:rPr>
          <w:rFonts w:ascii="Aptos" w:hAnsi="Aptos" w:cs="Segoe UI"/>
          <w:sz w:val="24"/>
          <w:szCs w:val="24"/>
          <w:lang w:val="ru-RU"/>
        </w:rPr>
        <w:br/>
        <w:t>Сгенерированный код 2</w:t>
      </w:r>
      <w:r w:rsidRPr="00490A7F">
        <w:rPr>
          <w:rFonts w:ascii="Aptos" w:hAnsi="Aptos" w:cs="Segoe UI"/>
          <w:sz w:val="24"/>
          <w:szCs w:val="24"/>
        </w:rPr>
        <w:t>FA</w:t>
      </w:r>
      <w:r w:rsidRPr="00490A7F">
        <w:rPr>
          <w:rFonts w:ascii="Aptos" w:hAnsi="Aptos" w:cs="Segoe UI"/>
          <w:sz w:val="24"/>
          <w:szCs w:val="24"/>
          <w:lang w:val="ru-RU"/>
        </w:rPr>
        <w:t>: ******</w:t>
      </w:r>
      <w:r w:rsidRPr="00490A7F">
        <w:rPr>
          <w:rFonts w:ascii="Aptos" w:hAnsi="Aptos" w:cs="Segoe UI"/>
          <w:sz w:val="24"/>
          <w:szCs w:val="24"/>
          <w:lang w:val="ru-RU"/>
        </w:rPr>
        <w:br/>
        <w:t>Успешно вошли в аккаунт</w:t>
      </w:r>
      <w:r w:rsidRPr="00490A7F">
        <w:rPr>
          <w:rFonts w:ascii="Aptos" w:hAnsi="Aptos" w:cs="Segoe UI"/>
          <w:sz w:val="24"/>
          <w:szCs w:val="24"/>
          <w:lang w:val="ru-RU"/>
        </w:rPr>
        <w:br/>
        <w:t>Успеш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ная авторизация </w:t>
      </w:r>
      <w:r w:rsidRPr="00490A7F">
        <w:rPr>
          <w:rFonts w:ascii="Aptos" w:hAnsi="Aptos" w:cs="Segoe UI"/>
          <w:sz w:val="24"/>
          <w:szCs w:val="24"/>
        </w:rPr>
        <w:t>SDA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менеджера</w:t>
      </w:r>
      <w:r w:rsidRPr="00490A7F">
        <w:rPr>
          <w:rFonts w:ascii="Aptos" w:hAnsi="Aptos" w:cs="Segoe UI"/>
          <w:sz w:val="24"/>
          <w:szCs w:val="24"/>
          <w:lang w:val="ru-RU"/>
        </w:rPr>
        <w:br/>
      </w:r>
      <w:r w:rsidRPr="00490A7F">
        <w:rPr>
          <w:rFonts w:ascii="Aptos" w:hAnsi="Aptos" w:cs="Segoe UI"/>
          <w:sz w:val="24"/>
          <w:szCs w:val="24"/>
          <w:lang w:val="ru-RU"/>
        </w:rPr>
        <w:br/>
        <w:t xml:space="preserve">Сообщение «Успешная авторизация </w:t>
      </w:r>
      <w:r w:rsidRPr="00490A7F">
        <w:rPr>
          <w:rFonts w:ascii="Aptos" w:hAnsi="Aptos" w:cs="Segoe UI"/>
          <w:sz w:val="24"/>
          <w:szCs w:val="24"/>
        </w:rPr>
        <w:t>SDA</w:t>
      </w:r>
      <w:r w:rsidRPr="00490A7F">
        <w:rPr>
          <w:rFonts w:ascii="Aptos" w:hAnsi="Aptos" w:cs="Segoe UI"/>
          <w:sz w:val="24"/>
          <w:szCs w:val="24"/>
          <w:lang w:val="ru-RU"/>
        </w:rPr>
        <w:t xml:space="preserve"> менеджера» будет регулярно повторяться — это нормально. Программа должна быть открыта для работы.</w:t>
      </w:r>
    </w:p>
    <w:p w14:paraId="2459543B" w14:textId="77777777" w:rsidR="00FA6C6E" w:rsidRPr="00490A7F" w:rsidRDefault="007C3F45">
      <w:pPr>
        <w:pStyle w:val="1"/>
        <w:rPr>
          <w:rFonts w:ascii="Aptos" w:hAnsi="Aptos" w:cs="Segoe UI"/>
          <w:sz w:val="32"/>
          <w:szCs w:val="32"/>
          <w:lang w:val="ru-RU"/>
        </w:rPr>
      </w:pPr>
      <w:r w:rsidRPr="00490A7F">
        <w:rPr>
          <w:rFonts w:ascii="Aptos" w:hAnsi="Aptos" w:cs="Segoe UI"/>
          <w:sz w:val="32"/>
          <w:szCs w:val="32"/>
          <w:lang w:val="ru-RU"/>
        </w:rPr>
        <w:t>Раздел 6: Безопасность</w:t>
      </w:r>
    </w:p>
    <w:p w14:paraId="12011CD9" w14:textId="0836A474" w:rsidR="00FA6C6E" w:rsidRPr="00FE3EC9" w:rsidRDefault="007C3F45">
      <w:pPr>
        <w:rPr>
          <w:rFonts w:ascii="Aptos" w:hAnsi="Aptos" w:cs="Segoe UI"/>
          <w:sz w:val="24"/>
          <w:szCs w:val="24"/>
          <w:lang w:val="ru-RU"/>
        </w:rPr>
      </w:pPr>
      <w:r w:rsidRPr="00FE3EC9">
        <w:rPr>
          <w:rFonts w:ascii="Aptos" w:hAnsi="Aptos" w:cs="Segoe UI"/>
          <w:sz w:val="24"/>
          <w:szCs w:val="24"/>
          <w:lang w:val="ru-RU"/>
        </w:rPr>
        <w:t>Важно</w:t>
      </w:r>
      <w:proofErr w:type="gramStart"/>
      <w:r w:rsidRPr="00FE3EC9">
        <w:rPr>
          <w:rFonts w:ascii="Aptos" w:hAnsi="Aptos" w:cs="Segoe UI"/>
          <w:sz w:val="24"/>
          <w:szCs w:val="24"/>
          <w:lang w:val="ru-RU"/>
        </w:rPr>
        <w:t>: .</w:t>
      </w:r>
      <w:proofErr w:type="spellStart"/>
      <w:r w:rsidRPr="00FE3EC9">
        <w:rPr>
          <w:rFonts w:ascii="Aptos" w:hAnsi="Aptos" w:cs="Segoe UI"/>
          <w:sz w:val="24"/>
          <w:szCs w:val="24"/>
        </w:rPr>
        <w:t>maFile</w:t>
      </w:r>
      <w:proofErr w:type="spellEnd"/>
      <w:proofErr w:type="gramEnd"/>
      <w:r w:rsidRPr="00FE3EC9">
        <w:rPr>
          <w:rFonts w:ascii="Aptos" w:hAnsi="Aptos" w:cs="Segoe UI"/>
          <w:sz w:val="24"/>
          <w:szCs w:val="24"/>
          <w:lang w:val="ru-RU"/>
        </w:rPr>
        <w:t xml:space="preserve"> </w:t>
      </w:r>
      <w:r w:rsidRPr="00FE3EC9">
        <w:rPr>
          <w:rFonts w:ascii="Aptos" w:hAnsi="Aptos" w:cs="Segoe UI"/>
          <w:sz w:val="24"/>
          <w:szCs w:val="24"/>
          <w:lang w:val="ru-RU"/>
        </w:rPr>
        <w:t>хранятся в незашифрованном виде. Обеспечьте защ</w:t>
      </w:r>
      <w:r w:rsidRPr="00FE3EC9">
        <w:rPr>
          <w:rFonts w:ascii="Aptos" w:hAnsi="Aptos" w:cs="Segoe UI"/>
          <w:sz w:val="24"/>
          <w:szCs w:val="24"/>
          <w:lang w:val="ru-RU"/>
        </w:rPr>
        <w:t>иту вашего устройства</w:t>
      </w:r>
      <w:r w:rsidR="00FE3EC9" w:rsidRPr="00FE3EC9">
        <w:rPr>
          <w:rFonts w:ascii="Aptos" w:hAnsi="Aptos" w:cs="Segoe UI"/>
          <w:sz w:val="24"/>
          <w:szCs w:val="24"/>
          <w:lang w:val="ru-RU"/>
        </w:rPr>
        <w:t>:</w:t>
      </w:r>
      <w:r w:rsidRPr="00FE3EC9">
        <w:rPr>
          <w:rFonts w:ascii="Aptos" w:hAnsi="Aptos" w:cs="Segoe UI"/>
          <w:sz w:val="24"/>
          <w:szCs w:val="24"/>
          <w:lang w:val="ru-RU"/>
        </w:rPr>
        <w:t xml:space="preserve"> используйте антивирус</w:t>
      </w:r>
      <w:r w:rsidR="00FE3EC9" w:rsidRPr="00FE3EC9">
        <w:rPr>
          <w:rFonts w:ascii="Aptos" w:hAnsi="Aptos" w:cs="Segoe UI"/>
          <w:sz w:val="24"/>
          <w:szCs w:val="24"/>
          <w:lang w:val="ru-RU"/>
        </w:rPr>
        <w:t xml:space="preserve">, устанавливайте защиту от </w:t>
      </w:r>
      <w:proofErr w:type="spellStart"/>
      <w:r w:rsidR="00FE3EC9" w:rsidRPr="00FE3EC9">
        <w:rPr>
          <w:rFonts w:ascii="Aptos" w:hAnsi="Aptos" w:cs="Segoe UI"/>
          <w:sz w:val="24"/>
          <w:szCs w:val="24"/>
          <w:lang w:val="ru-RU"/>
        </w:rPr>
        <w:t>брута</w:t>
      </w:r>
      <w:proofErr w:type="spellEnd"/>
      <w:r w:rsidR="00FE3EC9" w:rsidRPr="00FE3EC9">
        <w:rPr>
          <w:rFonts w:ascii="Aptos" w:hAnsi="Aptos" w:cs="Segoe UI"/>
          <w:sz w:val="24"/>
          <w:szCs w:val="24"/>
          <w:lang w:val="ru-RU"/>
        </w:rPr>
        <w:t xml:space="preserve"> и не используйте ПО из непроверенных источников. </w:t>
      </w:r>
      <w:proofErr w:type="gramStart"/>
      <w:r w:rsidRPr="00FE3EC9">
        <w:rPr>
          <w:rFonts w:ascii="Aptos" w:hAnsi="Aptos" w:cs="Segoe UI"/>
          <w:sz w:val="24"/>
          <w:szCs w:val="24"/>
          <w:lang w:val="ru-RU"/>
        </w:rPr>
        <w:t>Вся</w:t>
      </w:r>
      <w:proofErr w:type="gramEnd"/>
      <w:r w:rsidRPr="00FE3EC9">
        <w:rPr>
          <w:rFonts w:ascii="Aptos" w:hAnsi="Aptos" w:cs="Segoe UI"/>
          <w:sz w:val="24"/>
          <w:szCs w:val="24"/>
          <w:lang w:val="ru-RU"/>
        </w:rPr>
        <w:t xml:space="preserve"> ответственность за безопасность лежит на пользователе.</w:t>
      </w:r>
    </w:p>
    <w:sectPr w:rsidR="00FA6C6E" w:rsidRPr="00FE3EC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A81FAF31-154F-40EB-B7B0-59FB5DA747B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2" w:fontKey="{1EC9D3E3-6915-4A22-AAB5-71A8D7951DE1}"/>
    <w:embedBold r:id="rId3" w:fontKey="{F5EA2619-CF0F-47C7-9A4F-7CB245F95F56}"/>
    <w:embedItalic r:id="rId4" w:fontKey="{F581580C-07E6-4457-854F-A53A7C8F37CB}"/>
    <w:embedBoldItalic r:id="rId5" w:fontKey="{85FB0AFC-4478-4DD2-A018-B106BFB2E47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26A67576-3D1F-4F7B-B368-470D2FCF6085}"/>
    <w:embedBold r:id="rId7" w:fontKey="{AC29500A-53E0-4B16-827A-9286E258C2B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8" w:fontKey="{46D537A6-0CFE-4A5B-AEEC-60849B6F274C}"/>
    <w:embedBold r:id="rId9" w:fontKey="{3EF0D9BF-F332-41A9-9683-9D9F826FF110}"/>
    <w:embedItalic r:id="rId10" w:fontKey="{9B0AD4FE-5A7B-4C33-B698-839F0A2E019F}"/>
    <w:embedBoldItalic r:id="rId11" w:fontKey="{5A0F75E1-ADB7-4D21-B093-33B3657131A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2" w:fontKey="{AADBC8B8-E01D-46E1-A458-C53CEEEC0036}"/>
    <w:embedBold r:id="rId13" w:fontKey="{16C574CE-9CF2-4DA1-AC64-FD54F40C4D0B}"/>
    <w:embedItalic r:id="rId14" w:fontKey="{AE2097F8-EC09-415A-9942-B7B577244BC3}"/>
    <w:embedBoldItalic r:id="rId15" w:fontKey="{46BF33A3-F2C2-4EEA-9D87-C3414441343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16" w:fontKey="{9E63B8FD-4903-43BD-B24D-A1B05C2ECE1A}"/>
    <w:embedBold r:id="rId17" w:fontKey="{E90ED4CF-90EF-4545-B1FF-85945513136A}"/>
  </w:font>
  <w:font w:name="Aptos">
    <w:altName w:val="Cambria"/>
    <w:charset w:val="00"/>
    <w:family w:val="roman"/>
    <w:pitch w:val="default"/>
    <w:embedRegular r:id="rId18" w:fontKey="{8928A228-CCC5-4CCA-80E8-4BD0FD745FD5}"/>
    <w:embedBold r:id="rId19" w:fontKey="{561EEBAB-6B08-4FB0-9BAD-AFFD2F45CB68}"/>
    <w:embedItalic r:id="rId20" w:fontKey="{1005C4F5-D39B-4D7E-AB2D-A75ADA1D0742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21" w:fontKey="{E6056BE9-403E-4294-AB91-630CD5BB8F5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embedSystemFonts/>
  <w:hideSpellingErrors/>
  <w:hideGrammaticalErrors/>
  <w:proofState w:spelling="clean" w:grammar="clean"/>
  <w:defaultTabStop w:val="720"/>
  <w:hyphenationZone w:val="357"/>
  <w:doNotHyphenateCaps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12F"/>
    <w:rsid w:val="0015074B"/>
    <w:rsid w:val="001C571D"/>
    <w:rsid w:val="001D3955"/>
    <w:rsid w:val="0021596B"/>
    <w:rsid w:val="0029639D"/>
    <w:rsid w:val="00326F90"/>
    <w:rsid w:val="00433339"/>
    <w:rsid w:val="00490A7F"/>
    <w:rsid w:val="004E78B8"/>
    <w:rsid w:val="007C3F45"/>
    <w:rsid w:val="00A5121D"/>
    <w:rsid w:val="00AA1D8D"/>
    <w:rsid w:val="00B47730"/>
    <w:rsid w:val="00B75556"/>
    <w:rsid w:val="00BF29AB"/>
    <w:rsid w:val="00C9614D"/>
    <w:rsid w:val="00CB0664"/>
    <w:rsid w:val="00DB2FC7"/>
    <w:rsid w:val="00E86C32"/>
    <w:rsid w:val="00F40C7E"/>
    <w:rsid w:val="00F57678"/>
    <w:rsid w:val="00FA6C6E"/>
    <w:rsid w:val="00FC693F"/>
    <w:rsid w:val="00FE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AB367B"/>
  <w14:defaultImageDpi w14:val="330"/>
  <w15:docId w15:val="{BEE8BF33-1CA7-4470-955C-BFEAA170F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1596B"/>
    <w:rPr>
      <w:rFonts w:ascii="Segoe UI" w:eastAsia="Segoe UI" w:hAnsi="Segoe U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F40C7E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F40C7E"/>
    <w:rPr>
      <w:color w:val="605E5C"/>
      <w:shd w:val="clear" w:color="auto" w:fill="E1DFDD"/>
    </w:rPr>
  </w:style>
  <w:style w:type="paragraph" w:customStyle="1" w:styleId="FirstParagraph">
    <w:name w:val="First Paragraph"/>
    <w:basedOn w:val="af"/>
    <w:next w:val="af"/>
    <w:qFormat/>
    <w:rsid w:val="001D3955"/>
    <w:pPr>
      <w:spacing w:before="180" w:after="180" w:line="240" w:lineRule="auto"/>
    </w:pPr>
    <w:rPr>
      <w:rFonts w:asciiTheme="minorHAnsi" w:eastAsiaTheme="minorHAnsi" w:hAnsiTheme="minorHAnsi"/>
      <w:sz w:val="24"/>
      <w:szCs w:val="24"/>
    </w:rPr>
  </w:style>
  <w:style w:type="character" w:customStyle="1" w:styleId="VerbatimChar">
    <w:name w:val="Verbatim Char"/>
    <w:basedOn w:val="a2"/>
    <w:link w:val="SourceCode"/>
    <w:locked/>
    <w:rsid w:val="001D3955"/>
    <w:rPr>
      <w:rFonts w:ascii="Consolas" w:hAnsi="Consolas"/>
    </w:rPr>
  </w:style>
  <w:style w:type="paragraph" w:customStyle="1" w:styleId="SourceCode">
    <w:name w:val="Source Code"/>
    <w:basedOn w:val="a1"/>
    <w:link w:val="VerbatimChar"/>
    <w:rsid w:val="001D3955"/>
    <w:pPr>
      <w:wordWrap w:val="0"/>
      <w:spacing w:line="240" w:lineRule="auto"/>
    </w:pPr>
    <w:rPr>
      <w:rFonts w:ascii="Consolas" w:eastAsiaTheme="minorEastAsia" w:hAnsi="Consolas"/>
    </w:rPr>
  </w:style>
  <w:style w:type="character" w:customStyle="1" w:styleId="KeywordTok">
    <w:name w:val="KeywordTok"/>
    <w:basedOn w:val="VerbatimChar"/>
    <w:rsid w:val="00DB2FC7"/>
    <w:rPr>
      <w:rFonts w:ascii="Consolas" w:hAnsi="Consolas"/>
      <w:b/>
      <w:bCs w:val="0"/>
      <w:color w:val="007020"/>
    </w:rPr>
  </w:style>
  <w:style w:type="character" w:customStyle="1" w:styleId="DataTypeTok">
    <w:name w:val="DataTypeTok"/>
    <w:basedOn w:val="VerbatimChar"/>
    <w:rsid w:val="00DB2FC7"/>
    <w:rPr>
      <w:rFonts w:ascii="Consolas" w:hAnsi="Consolas"/>
      <w:color w:val="902000"/>
    </w:rPr>
  </w:style>
  <w:style w:type="character" w:customStyle="1" w:styleId="DecValTok">
    <w:name w:val="DecValTok"/>
    <w:basedOn w:val="VerbatimChar"/>
    <w:rsid w:val="00DB2FC7"/>
    <w:rPr>
      <w:rFonts w:ascii="Consolas" w:hAnsi="Consolas"/>
      <w:color w:val="40A070"/>
    </w:rPr>
  </w:style>
  <w:style w:type="character" w:customStyle="1" w:styleId="StringTok">
    <w:name w:val="StringTok"/>
    <w:basedOn w:val="VerbatimChar"/>
    <w:rsid w:val="00DB2FC7"/>
    <w:rPr>
      <w:rFonts w:ascii="Consolas" w:hAnsi="Consolas"/>
      <w:color w:val="4070A0"/>
    </w:rPr>
  </w:style>
  <w:style w:type="character" w:customStyle="1" w:styleId="FunctionTok">
    <w:name w:val="FunctionTok"/>
    <w:basedOn w:val="VerbatimChar"/>
    <w:rsid w:val="00DB2FC7"/>
    <w:rPr>
      <w:rFonts w:ascii="Consolas" w:hAnsi="Consolas"/>
      <w:color w:val="06287E"/>
    </w:rPr>
  </w:style>
  <w:style w:type="character" w:customStyle="1" w:styleId="ErrorTok">
    <w:name w:val="ErrorTok"/>
    <w:basedOn w:val="VerbatimChar"/>
    <w:rsid w:val="00DB2FC7"/>
    <w:rPr>
      <w:rFonts w:ascii="Consolas" w:hAnsi="Consolas"/>
      <w:b/>
      <w:bCs w:val="0"/>
      <w:color w:val="FF0000"/>
    </w:rPr>
  </w:style>
  <w:style w:type="character" w:customStyle="1" w:styleId="NormalTok">
    <w:name w:val="NormalTok"/>
    <w:basedOn w:val="VerbatimChar"/>
    <w:rsid w:val="00DB2FC7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9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cal-brass-932.notion.site/Steam-Desktop-Authenticator-SDA-770b803002034e979e119c88a06c693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715</Words>
  <Characters>4082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3500 MIHA</cp:lastModifiedBy>
  <cp:revision>3</cp:revision>
  <dcterms:created xsi:type="dcterms:W3CDTF">2025-10-15T11:44:00Z</dcterms:created>
  <dcterms:modified xsi:type="dcterms:W3CDTF">2025-10-15T11:45:00Z</dcterms:modified>
  <cp:category/>
</cp:coreProperties>
</file>